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 взыскании алиментов на содержание супруга (бывшего супруга)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удовлетворены исковые требования [Ф. И. О. (наименование) истца] к [Ф. И. О. (наименование) ответчика] о взыскании с ответчика алиментов на содержание истца в твёрдой денежной сумме [сумма] рублей ежемесячно. Решение в окончательной форме изготовлено «[дата]», копия получена ответчиком «[дата]».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Суд взыскал алименты, не установив, что истец относится к лицам, названным в статьях 89 и 90 СК РФ, нуждается в помощи, а ответчик обладает необходимыми для этого средствами (пункты 1, 2 и 4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на алименты от бывшего супруга имеют лишь лица, прямо названные в законе.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90 Семейного кодекса Российской Федерации (далее — СК РФ) установлено: «Право требовать предоставления алиментов в судебном порядке от бывшего супруга, обладающего необходимыми для этого средствами, имеют:» «бывшая жена в период беременности, наступившей в период брака» «бывший супруг, фактически осуществляющий уход за общим ребенком в течение трех лет со дня его рождения» «нуждающийся бывший супруг, фактически осуществляющий уход за общим ребенком-инвалидом до достижения ребенком возраста восемнадцати лет или за общим ребенком - инвалидом с детства I группы» «нетрудоспособный нуждающийся бывший супруг, ставший нетрудоспособным до расторжения брака или в течение года с момента расторжения брака» «нуждающийся бывший супруг, достигший пенсионного возраста не позднее чем через пять лет с момента расторжения брака, если супруги состояли в браке длительное время.» [Для супругов в браке — аналогичный перечень в пункте 2 статьи 89 СК РФ.] Истец ссылается на [уход за общим ребёнком до трёх лет / нетрудоспособность / пенсионный возраст]. Однако [ребёнку [Ф. И. О.] исполнилось три года «[дата]», и право на содержание прекратилось / нетрудоспособность наступила более чем через год после расторжения брака / пенсионный возраст наступил более чем через пять лет после развода, а брак не был продолжительным].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не является нуждающимся.</w:t>
      </w:r>
      <w:r>
        <w:rPr>
          <w:rFonts w:ascii="Times New Roman" w:hAnsi="Times New Roman"/>
          <w:b w:val="0"/>
          <w:i w:val="0"/>
          <w:sz w:val="24"/>
        </w:rPr>
        <w:t xml:space="preserve"> Нуждаемость — обязательное условие. Истец [получает пенсию [сумма] рублей, пособия, доход от сдачи жилья / проживает с новым супругом (сожителем), который его содержит / имеет в собственности [имущество]]. Ребёнок, за которым осуществляется уход, [посещает детский сад], что позволяет истцу работать.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Ответчик не обладает необходимыми средствами.</w:t>
      </w:r>
      <w:r>
        <w:rPr>
          <w:rFonts w:ascii="Times New Roman" w:hAnsi="Times New Roman"/>
          <w:b w:val="0"/>
          <w:i w:val="0"/>
          <w:sz w:val="24"/>
        </w:rPr>
        <w:t xml:space="preserve"> Алименты взыскиваются только с супруга, «обладающего необходимыми для этого средствами». Статьёй 91 СК РФ установлено: «При отсутствии соглашения между супругами (бывшими супругами) об уплате алиментов размер алиментов, взыскиваемых на супруга (бывшего супруга) в судебном порядке, определяется судом исходя из материального и семейного положения супругов (бывших супругов) и других заслуживающих внимания интересов сторон в твердой денежной сумме, подлежащей уплате ежемесячно.» Доход ответчика [сумма] рублей в месяц; ответчик уже платит алименты на ребёнка [сумма] рублей, содержит [других детей, новую семью], несёт расходы на [ипотеку, лечение]. Выплата дополнительной суммы оставит ответчика без средств к существованию.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Алименты — с момента обращения в суд.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107 СК РФ установлено: «Алименты присуждаются с момента обращения в суд.» «Алименты за прошедший период могут быть взысканы в пределах трехлетнего срока с момента обращения в суд, если судом установлено, что до обращения в суд принимались меры к получению средств на содержание, но алименты не были получены вследствие уклонения лица, обязанного уплачивать алименты, от их уплаты.» Истец с требованием о содержании к ответчику до суда не обращался.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 не обсудил основания освобождения от уплаты и ограничения срока.</w:t>
      </w:r>
      <w:r>
        <w:rPr>
          <w:rFonts w:ascii="Times New Roman" w:hAnsi="Times New Roman"/>
          <w:b w:val="0"/>
          <w:i w:val="0"/>
          <w:sz w:val="24"/>
        </w:rPr>
        <w:t xml:space="preserve"> Статьёй 92 СК РФ установлено: «Суд может освободить супруга от обязанности содержать другого нетрудоспособного нуждающегося в помощи супруга или ограничить эту обязанность определенным сроком как в период брака, так и после его расторжения:» [Брак продолжался недолго — [__] месяцев / истец недостойно вёл себя в семье: указать.] Эти доводы ответчик заявлял в суде первой инстанции, мотивы их отклонения в решении не приведены.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89, 90, 92 СК РФ,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[полностью / в части: указать] и принять по делу новое решение об отказе в удовлетворении исковых требований [Ф. И. О. (наименование)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[Принять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Решение о взыскании алиментов подлежит немедленному исполнению (ст. 211 ГПК РФ): подача жалобы не останавливает удержания. При отмене решения взысканные алименты обратно, как правило, не взыскиваются (ст. 116 СК РФ) — поэтому подавайте жалобу без промедления.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