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продавец (заявитель апелляционной жалобы): </w:t>
      </w:r>
      <w:r>
        <w:rPr>
          <w:rFonts w:ascii="Times New Roman" w:hAnsi="Times New Roman"/>
          <w:b w:val="0"/>
          <w:i w:val="0"/>
          <w:sz w:val="24"/>
        </w:rPr>
        <w:t>[наименование продавца]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возврате денежных средств за товар надлежащего качества, приобретённый дистанционным способом, неустойке, штрафе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стоимости товара надлежащего качества, приобретённого дистанционным способом,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товара, суд не учёл, что срок для отказа от товара истёк, товарный вид и потребительские свойства не сохранены [или товар имеет индивидуально-определённые свойства], а неустойка за просрочку возврата денег при отказе от качественного товара законом не предусмотрена (пункты 1 и 4 части 1 статьи 330 ГПК РФ).</w:t>
      </w:r>
    </w:p>
    <w:p>
      <w:pPr>
        <w:spacing w:after="120" w:line="276" w:lineRule="auto"/>
        <w:ind w:firstLine="709"/>
        <w:jc w:val="both"/>
      </w:pPr>
      <w:r>
        <w:rPr>
          <w:rFonts w:ascii="Times New Roman" w:hAnsi="Times New Roman"/>
          <w:b/>
          <w:i w:val="0"/>
          <w:sz w:val="24"/>
        </w:rPr>
        <w:t>Срок для отказа от товара истёк.</w:t>
      </w:r>
      <w:r>
        <w:rPr>
          <w:rFonts w:ascii="Times New Roman" w:hAnsi="Times New Roman"/>
          <w:b w:val="0"/>
          <w:i w:val="0"/>
          <w:sz w:val="24"/>
        </w:rPr>
        <w:t xml:space="preserve"> Пунктом 4 статьи 26.1 Закона о защите прав потребителей: «Потребитель вправе отказаться от товара в любое время до его передачи, а после передачи товара - в течение семи дней.» Товар получен истцом «[дата]»; информация о порядке и сроках возврата предоставлена в письменной форме [в составе документов, переданных с товаром, и в описании на сайте]; заявление об отказе направлено лишь «[дата]» — по истечении семи дней.</w:t>
      </w:r>
    </w:p>
    <w:p>
      <w:pPr>
        <w:spacing w:after="120" w:line="276" w:lineRule="auto"/>
        <w:ind w:firstLine="709"/>
        <w:jc w:val="both"/>
      </w:pPr>
      <w:r>
        <w:rPr>
          <w:rFonts w:ascii="Times New Roman" w:hAnsi="Times New Roman"/>
          <w:b/>
          <w:i w:val="0"/>
          <w:sz w:val="24"/>
        </w:rPr>
        <w:t>Товарный вид и потребительские свойства не сохранены.</w:t>
      </w:r>
      <w:r>
        <w:rPr>
          <w:rFonts w:ascii="Times New Roman" w:hAnsi="Times New Roman"/>
          <w:b w:val="0"/>
          <w:i w:val="0"/>
          <w:sz w:val="24"/>
        </w:rPr>
        <w:t xml:space="preserve"> Абзацем третьим пункта 4 статьи 26.1 Закона: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 Товар возвращён [со следами использования, без упаковки и ярлыков, с повреждением пломб, без комплектующих] — акт осмотра при получении возврата от «[дата]».</w:t>
      </w:r>
    </w:p>
    <w:p>
      <w:pPr>
        <w:spacing w:after="120" w:line="276" w:lineRule="auto"/>
        <w:ind w:firstLine="709"/>
        <w:jc w:val="both"/>
      </w:pPr>
      <w:r>
        <w:rPr>
          <w:rFonts w:ascii="Times New Roman" w:hAnsi="Times New Roman"/>
          <w:b/>
          <w:i w:val="0"/>
          <w:sz w:val="24"/>
        </w:rPr>
        <w:t>Товар имеет индивидуально-определённые свойства.</w:t>
      </w:r>
      <w:r>
        <w:rPr>
          <w:rFonts w:ascii="Times New Roman" w:hAnsi="Times New Roman"/>
          <w:b w:val="0"/>
          <w:i w:val="0"/>
          <w:sz w:val="24"/>
        </w:rPr>
        <w:t xml:space="preserve"> Абзацем четвёртым пункта 4 статьи 26.1 Закона: «Потребитель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 [Товар изготовлен по индивидуальным размерам и параметрам, указанным истцом (эскиз, спецификация), и может быть использован только им.]</w:t>
      </w:r>
    </w:p>
    <w:p>
      <w:pPr>
        <w:spacing w:after="120" w:line="276" w:lineRule="auto"/>
        <w:ind w:firstLine="709"/>
        <w:jc w:val="both"/>
      </w:pPr>
      <w:r>
        <w:rPr>
          <w:rFonts w:ascii="Times New Roman" w:hAnsi="Times New Roman"/>
          <w:b/>
          <w:i w:val="0"/>
          <w:sz w:val="24"/>
        </w:rPr>
        <w:t>При отказе продавец вправе удержать расходы на доставку.</w:t>
      </w:r>
      <w:r>
        <w:rPr>
          <w:rFonts w:ascii="Times New Roman" w:hAnsi="Times New Roman"/>
          <w:b w:val="0"/>
          <w:i w:val="0"/>
          <w:sz w:val="24"/>
        </w:rPr>
        <w:t xml:space="preserve"> Абзацем пятым пункта 4 статьи 26.1 Закона: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 Из суммы возврата удержаны расходы на доставку возвращённого товара [сумма] рублей. Остаток [сумма] рублей возвращён «[дата]».</w:t>
      </w:r>
    </w:p>
    <w:p>
      <w:pPr>
        <w:spacing w:after="120" w:line="276" w:lineRule="auto"/>
        <w:ind w:firstLine="709"/>
        <w:jc w:val="both"/>
      </w:pPr>
      <w:r>
        <w:rPr>
          <w:rFonts w:ascii="Times New Roman" w:hAnsi="Times New Roman"/>
          <w:b/>
          <w:i w:val="0"/>
          <w:sz w:val="24"/>
        </w:rPr>
        <w:t>Неустойка за просрочку возврата денег при отказе от качественного товара не установлена.</w:t>
      </w:r>
      <w:r>
        <w:rPr>
          <w:rFonts w:ascii="Times New Roman" w:hAnsi="Times New Roman"/>
          <w:b w:val="0"/>
          <w:i w:val="0"/>
          <w:sz w:val="24"/>
        </w:rPr>
        <w:t xml:space="preserve"> Неустойка по статье 23 Закона начисляется за нарушение сроков удовлетворения требований, связанных с недостатками товара. Отказ от товара надлежащего качества по статье 26.1 Закона недостатков не предполагает; на сумму возврата возможны лишь проценты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[Если истец ссылается на недостаток:] Недостаток не подтверждён.</w:t>
      </w:r>
      <w:r>
        <w:rPr>
          <w:rFonts w:ascii="Times New Roman" w:hAnsi="Times New Roman"/>
          <w:b w:val="0"/>
          <w:i w:val="0"/>
          <w:sz w:val="24"/>
        </w:rPr>
        <w:t xml:space="preserve"> Пунктом 5 статьи 26.1 Закона: «Последствия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 Проверка качества недостатка не выявила [акт от «[дата]»].</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26.1 Закона РФ «О защите прав потребителей»,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