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арбитражного апелляционного суда]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Ответчик — банк (заявитель апелляционной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 клиент: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30 000 руб. для организации / 10 000 руб. для индивидуального предпринимателя (подп. 19 п. 1 ст. 333.21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по делу № А[__]-[_____]/20[__] о взыскании процентов и убытков за неисполнение (несвоевременное исполнение) платёжного поручения</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удовлетворены исковые требования [наименование истца] к [наименование заявителя жалобы] о взыскании процентов и убытков [сумма] рублей за неисполнение (несвоевременное исполнение) платёжного поручения.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1 статьи 257 Арбитражного процессуального кодекса Российской Федерации (далее — АПК РФ) установлено: «Лица, участвующие в деле, а также иные лица в случаях, предусмотренных настоящим Кодексом, вправе обжаловать в порядке апелляционного производства решение арбитражного суда первой инстанции, не вступившее в законную силу.» Частью 1 статьи 259 АПК РФ: «Апелляционная жалоба может быть подана в течение месяца после принятия арбитражным судом первой инстанции обжалуемого решения, если иной срок не установлен настоящим Кодексом.» Срок истекает «[дата]». Жалоба подаётся через арбитражный суд, принявший решение (часть 2 статьи 257 АПК РФ: «Апелляционная жалоба подается через принявший решение в первой инстанции арбитражный суд,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 рассмотренному в порядке упрощенного производства.»).</w:t>
      </w:r>
    </w:p>
    <w:p>
      <w:pPr>
        <w:spacing w:after="120" w:line="276" w:lineRule="auto"/>
        <w:ind w:firstLine="709"/>
        <w:jc w:val="both"/>
      </w:pPr>
      <w:r>
        <w:rPr>
          <w:rFonts w:ascii="Times New Roman" w:hAnsi="Times New Roman"/>
          <w:b/>
          <w:i w:val="0"/>
          <w:sz w:val="24"/>
        </w:rPr>
        <w:t>Требования к судебному акту.</w:t>
      </w:r>
      <w:r>
        <w:rPr>
          <w:rFonts w:ascii="Times New Roman" w:hAnsi="Times New Roman"/>
          <w:b w:val="0"/>
          <w:i w:val="0"/>
          <w:sz w:val="24"/>
        </w:rPr>
        <w:t xml:space="preserve"> Частью 4 статьи 15 АПК РФ: «Принимаемые арбитражным судом судебные приказы, решения, постановления, определения должны быть законными, обоснованными и мотивированными.»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270 АПК РФ установлено: «1. Основаниями для изменения или отмены решения арбитражного суда первой инстанции являются: 1) неполное выяснение обстоятельств, имеющих значение для дела; 2) недоказанность имеющих значение для дела обстоятельств, которые суд считал установленными; 3) несоответствие выводов, изложенных в решении,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Взыскивая проценты и убытки, суд не учёл, что банк правомерно отказал в приёме поручения [или приостановил его по Закону № 115-ФЗ], поручение не соответствовало требованиям, а сроки операции не нарушены (пункты 1 и 4 части 1 статьи 270 АПК РФ).</w:t>
      </w:r>
    </w:p>
    <w:p>
      <w:pPr>
        <w:spacing w:after="120" w:line="276" w:lineRule="auto"/>
        <w:ind w:firstLine="709"/>
        <w:jc w:val="both"/>
      </w:pPr>
      <w:r>
        <w:rPr>
          <w:rFonts w:ascii="Times New Roman" w:hAnsi="Times New Roman"/>
          <w:b/>
          <w:i w:val="0"/>
          <w:sz w:val="24"/>
        </w:rPr>
        <w:t>Банк правомерно отказал в приёме поручения [или приостановил операцию] на основании закона.</w:t>
      </w:r>
      <w:r>
        <w:rPr>
          <w:rFonts w:ascii="Times New Roman" w:hAnsi="Times New Roman"/>
          <w:b w:val="0"/>
          <w:i w:val="0"/>
          <w:sz w:val="24"/>
        </w:rPr>
        <w:t xml:space="preserve"> Пунктом 2 статьи 848 ГК РФ предусмотрено: «Законом могут быть предусмотрены случаи, когда банк обязан отказать в зачислении на счет клиента денежных средств или их списании со счета клиента.» Операция была приостановлена [на основании Федерального закона от 07.08.2001 № 115-ФЗ — запрос документов от «[дата]», клиент представил их «[дата]» / решения налогового органа о приостановлении операций / ареста по постановлению пристава]. Пунктом 1 статьи 858 ГК РФ: «Если иное не предусмотрено законом или договором, ограничение распоряжения денежными средствами, находящимися на счете, не допускается, за исключением наложения ареста на денежные средства, находящиеся на счете, или приостановления операций по счету, в том числе блокирования (замораживания) денежных средств в случаях, предусмотренных законом.»</w:t>
      </w:r>
    </w:p>
    <w:p>
      <w:pPr>
        <w:spacing w:after="120" w:line="276" w:lineRule="auto"/>
        <w:ind w:firstLine="709"/>
        <w:jc w:val="both"/>
      </w:pPr>
      <w:r>
        <w:rPr>
          <w:rFonts w:ascii="Times New Roman" w:hAnsi="Times New Roman"/>
          <w:b/>
          <w:i w:val="0"/>
          <w:sz w:val="24"/>
        </w:rPr>
        <w:t>Поручение не соответствовало требованиям.</w:t>
      </w:r>
      <w:r>
        <w:rPr>
          <w:rFonts w:ascii="Times New Roman" w:hAnsi="Times New Roman"/>
          <w:b w:val="0"/>
          <w:i w:val="0"/>
          <w:sz w:val="24"/>
        </w:rPr>
        <w:t xml:space="preserve"> Пунктом 1 статьи 864 ГК РФ установлено: «Содержание (реквизиты) платежного поручения и его форма должны соответствовать требованиям, предусмотренным законом и банковскими правилами.» Абзацем вторым пункта 2 той же статьи предусмотрено: «При отсутствии оснований для исполнения платежного поручения банк отказывает в приеме такого платежного поручения к исполнению с уведомлением об этом плательщика в срок не позднее дня, следующего за днем получения платежного поручения, если более короткий срок не установлен банковскими правилами и договором.» [Неверно указаны реквизиты получателя / недостаточно средств на счёте с учётом очередности — пункт 3 статьи 864 ГК РФ]; банк направил уведомление «[дата]».</w:t>
      </w:r>
    </w:p>
    <w:p>
      <w:pPr>
        <w:spacing w:after="120" w:line="276" w:lineRule="auto"/>
        <w:ind w:firstLine="709"/>
        <w:jc w:val="both"/>
      </w:pPr>
      <w:r>
        <w:rPr>
          <w:rFonts w:ascii="Times New Roman" w:hAnsi="Times New Roman"/>
          <w:b/>
          <w:i w:val="0"/>
          <w:sz w:val="24"/>
        </w:rPr>
        <w:t>Сроки операции не нарушены.</w:t>
      </w:r>
      <w:r>
        <w:rPr>
          <w:rFonts w:ascii="Times New Roman" w:hAnsi="Times New Roman"/>
          <w:b w:val="0"/>
          <w:i w:val="0"/>
          <w:sz w:val="24"/>
        </w:rPr>
        <w:t xml:space="preserve"> Абзацем вторым статьи 849 ГК РФ установлено: «Банк обязан по распоряжению клиента выдавать или списывать со счета денежные средства клиента не позднее дня, следующего за днем поступления в банк соответствующего платежного документа, если иные сроки не предусмотрены законом, изданными в соответствии с ним банковскими правилами или договором банковского счета.» Поручение поступило «[дата]» после окончания операционного дня [в нерабочий день] и исполнено на следующий операционный день.</w:t>
      </w:r>
    </w:p>
    <w:p>
      <w:pPr>
        <w:spacing w:after="120" w:line="276" w:lineRule="auto"/>
        <w:ind w:firstLine="709"/>
        <w:jc w:val="both"/>
      </w:pPr>
      <w:r>
        <w:rPr>
          <w:rFonts w:ascii="Times New Roman" w:hAnsi="Times New Roman"/>
          <w:b/>
          <w:i w:val="0"/>
          <w:sz w:val="24"/>
        </w:rPr>
        <w:t>Нарушение допущено банком-посредником или банком получателя.</w:t>
      </w:r>
      <w:r>
        <w:rPr>
          <w:rFonts w:ascii="Times New Roman" w:hAnsi="Times New Roman"/>
          <w:b w:val="0"/>
          <w:i w:val="0"/>
          <w:sz w:val="24"/>
        </w:rPr>
        <w:t xml:space="preserve"> Пунктом 2 статьи 866 ГК РФ установлено: «В случаях, если неисполнение или ненадлежащее исполнение платежного поручения имело место в связи с нарушением банком-посредником или банком получателя средств правил перевода денежных средств или договора между банками, ответственность перед плательщиком может быть возложена судом на банк-посредник или банк получателя средств, которые в этом случае отвечают перед плательщиком солидарно. Банк плательщика может быть привлечен к солидарной ответственности в указанных случаях, если он осуществил выбор банка-посредника.» Ответчик своевременно перевёл средства [в банк-посредник / банк получателя] «[дата]» (подтверждение), задержка возникла после этого.</w:t>
      </w:r>
    </w:p>
    <w:p>
      <w:pPr>
        <w:spacing w:after="120" w:line="276" w:lineRule="auto"/>
        <w:ind w:firstLine="709"/>
        <w:jc w:val="both"/>
      </w:pPr>
      <w:r>
        <w:rPr>
          <w:rFonts w:ascii="Times New Roman" w:hAnsi="Times New Roman"/>
          <w:b/>
          <w:i w:val="0"/>
          <w:sz w:val="24"/>
        </w:rPr>
        <w:t>Убытки не доказаны.</w:t>
      </w:r>
      <w:r>
        <w:rPr>
          <w:rFonts w:ascii="Times New Roman" w:hAnsi="Times New Roman"/>
          <w:b w:val="0"/>
          <w:i w:val="0"/>
          <w:sz w:val="24"/>
        </w:rPr>
        <w:t xml:space="preserve"> Пунктом 2 статьи 15 ГК РФ: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[Штраф по контракту истца связан с его собственной просрочкой — платёжное поручение подано в последний день срока; доказательств упущенной выгоды нет.]</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их отклонения в решении [не приведены / приведены формально], что противоречит пункту 2 части 4 статьи 170 АПК РФ. Частью 3 статьи 270 АПК РФ: «Нарушение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270 АПК РФ основанием для отмены решения в любом случае является «рассмотрение дела в отсутствие кого-либо из участвующих в деле лиц, не извещенных надлежащим образом о времени и месте судебного заседания» [Определение направлено по неверному адресу / не размещено в картотеке арбитражных дел в установленный срок: указать.]</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Частью 2 статьи 268 АПК РФ: «Дополнительные доказательства принимаются арбитражным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в том числе в случае, если судом первой инстанции было отклонено ходатайство об истребовании доказательств, и суд признает эти причины уважительными.» Ответчик не мог представить [документ] в суд первой инстанции, поскольку [__],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269 АПК РФ суд апелляционной инстанции вправе «отменить или изменить решение суда первой инстанции полностью или в части и принять по делу новый судебный акт» Государственная пошлина уплачена по подпункту 19 пункта 1 статьи 333.21 Налогового кодекса Российской Федерации: «19) при подаче апелляционной жалобы, а также при подаче кассационной жалобы на судебный приказ: для физических лиц - 10 000 рублей; для организаций - 30 000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849, 856, 866 ГК РФ, статьями 257, 259, 260, 268, 269, 270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по делу № А[__]-[_____]/20[__] [полностью / в части: указать] и принять по делу новый судебный акт об отказе в удовлетворении исковых требований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[Приобщить к материалам дела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обжалуемого решения.</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апелляционной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после принятия решения (ч. 1 ст. 259 АПК РФ), по делам упрощённого производства — пятнадцать дней (ч. 4 ст. 229 АПК РФ); жалоба подаётся через арбитражный суд первой инстанции, в том числе через «Мой арбитр». Пропущенный срок восстанавливает апелляционный суд, если ходатайство подано не позднее шести месяцев со дня принятия решения (ч. 2 ст. 259 АПК РФ).</w:t>
      </w:r>
    </w:p>
    <w:p>
      <w:pPr>
        <w:spacing w:after="40" w:line="276" w:lineRule="auto"/>
        <w:jc w:val="both"/>
      </w:pPr>
      <w:r>
        <w:rPr>
          <w:rFonts w:ascii="Times New Roman" w:hAnsi="Times New Roman"/>
          <w:b w:val="0"/>
          <w:i/>
          <w:sz w:val="24"/>
        </w:rPr>
        <w:t>— Новые требования в апелляции не рассматриваются (ч. 7 ст. 268 АПК РФ); дополнительные доказательства примут, только если вы обоснуете невозможность их представления в первой инстанции по уважительным причинам. Заявление о пропуске давности, впервые сделанное в апелляции, не рассматривается.</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