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лизингополучатель: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требованиях лизингополучателя, связанных с недостатками предмета лизинга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расторжении договора купли-продажи предмета лизинга, возврате цены [сумма] рублей и убытков в связи с недостатками.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не учёл, что требования о расторжении и возврате цены вправе заявить только покупатель (лизингодатель), товар соответствует договору, а недостатки возникли после передачи вследствие эксплуатации (пункты 1 и 4 части 1 статьи 270 АПК РФ).</w:t>
      </w:r>
    </w:p>
    <w:p>
      <w:pPr>
        <w:spacing w:after="120" w:line="276" w:lineRule="auto"/>
        <w:ind w:firstLine="709"/>
        <w:jc w:val="both"/>
      </w:pPr>
      <w:r>
        <w:rPr>
          <w:rFonts w:ascii="Times New Roman" w:hAnsi="Times New Roman"/>
          <w:b/>
          <w:i w:val="0"/>
          <w:sz w:val="24"/>
        </w:rPr>
        <w:t>Требования о расторжении и возврате цены может заявить только лизингодатель как собственник.</w:t>
      </w:r>
      <w:r>
        <w:rPr>
          <w:rFonts w:ascii="Times New Roman" w:hAnsi="Times New Roman"/>
          <w:b w:val="0"/>
          <w:i w:val="0"/>
          <w:sz w:val="24"/>
        </w:rPr>
        <w:t xml:space="preserve"> Пунктом 1 статьи 670 ГК РФ установлено: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 Требования, связанные с [отказом от договора купли-продажи, возвратом уплаченной цены], без согласия лизингодателя предъявлять нельзя: цену уплачивал лизингодатель, и взыскание её в пользу лизингополучателя невозможно.</w:t>
      </w:r>
    </w:p>
    <w:p>
      <w:pPr>
        <w:spacing w:after="120" w:line="276" w:lineRule="auto"/>
        <w:ind w:firstLine="709"/>
        <w:jc w:val="both"/>
      </w:pPr>
      <w:r>
        <w:rPr>
          <w:rFonts w:ascii="Times New Roman" w:hAnsi="Times New Roman"/>
          <w:b/>
          <w:i w:val="0"/>
          <w:sz w:val="24"/>
        </w:rPr>
        <w:t>Товар соответствует договору купли-продажи.</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[Характеристики согласованы в спецификации к договору купли-продажи; лизингополучатель участвовал в выборе товара и подписал акт приёма-передачи без замечаний; пусконаладка выполнена «[дата]»].</w:t>
      </w:r>
    </w:p>
    <w:p>
      <w:pPr>
        <w:spacing w:after="120" w:line="276" w:lineRule="auto"/>
        <w:ind w:firstLine="709"/>
        <w:jc w:val="both"/>
      </w:pPr>
      <w:r>
        <w:rPr>
          <w:rFonts w:ascii="Times New Roman" w:hAnsi="Times New Roman"/>
          <w:b/>
          <w:i w:val="0"/>
          <w:sz w:val="24"/>
        </w:rPr>
        <w:t>Недостатки возникли после передачи вследствие эксплуатации.</w:t>
      </w:r>
      <w:r>
        <w:rPr>
          <w:rFonts w:ascii="Times New Roman" w:hAnsi="Times New Roman"/>
          <w:b w:val="0"/>
          <w:i w:val="0"/>
          <w:sz w:val="24"/>
        </w:rPr>
        <w:t xml:space="preserve"> Пунктом 2 статьи 476 ГК РФ установлено: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[Оборудование эксплуатировалось с нарушением инструкции, ТО не проводилось у авторизованного сервиса, использовались неоригинальные расходные материалы — сервисные отчёты.]</w:t>
      </w:r>
    </w:p>
    <w:p>
      <w:pPr>
        <w:spacing w:after="120" w:line="276" w:lineRule="auto"/>
        <w:ind w:firstLine="709"/>
        <w:jc w:val="both"/>
      </w:pPr>
      <w:r>
        <w:rPr>
          <w:rFonts w:ascii="Times New Roman" w:hAnsi="Times New Roman"/>
          <w:b/>
          <w:i w:val="0"/>
          <w:sz w:val="24"/>
        </w:rPr>
        <w:t>Риск выбора продавца и предмета лежит на лизингополучателе.</w:t>
      </w:r>
      <w:r>
        <w:rPr>
          <w:rFonts w:ascii="Times New Roman" w:hAnsi="Times New Roman"/>
          <w:b w:val="0"/>
          <w:i w:val="0"/>
          <w:sz w:val="24"/>
        </w:rPr>
        <w:t xml:space="preserve"> Пунктом 3 статьи 22 Федерального закона «О финансовой аренде (лизинге)» установлено: «Риск несоответствия предмета лизинга целям использования этого предмета по договору лизинга и связанные с этим убытки несет сторона, которая выбрала предмет лизинга, если иное не предусмотрено договором лизинга.» [Если товар не подходит для целей лизингополучателя, но соответствует договору, продавец за это не отвечает.]</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[Упущенная выгода от простоя рассчитана произвольно; производство не останавливалось; простой вызван отсутствием у лизингополучателя обученного персонала.]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475, 476, 665, 670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