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обязании предоставить отчёт о выполнении договора управления и информацию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предоставить истцу отчёт о выполнении договора управления за [__] год и копии [документов], о взыскании штрафа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предоставить документы, суд не учёл, что отчёт размещён в ГИС ЖКХ и представлен собранию в установленном порядке, а право на информацию не означает права требовать копии любых первичных документов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Отчёт представлен и размещён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10.1 статьи 161 ЖК РФ (часть 11 статьи 162 ЖК РФ утратила силу с 01.09.2025) установлено: «Управляющая организация либо осуществляющие управление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год,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режиме, а также обеспечивает свободный доступ к информации об основных показателях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системе. Порядок, состав,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а также перечень сведений, обязательных для отражения в отчете о деятельности по управлению многоквартирным домом, и форма такого отчета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законом.» Отчёт за [год] [размещён в ГИС ЖКХ «[дата]» / представлен на годовом общем собрании «[дата]» / размещён на информационных стендах в подъездах]. Обязанность ответчика исполнена; доступ истца к отчёту обеспечен.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информацию не означает право на копии любых первичных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Статьёй 10 Закона о защите прав потребителей установлено: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 Состав информации, раскрываемой управляющей организацией, определён стандартом управления многоквартирными домами (утв. постановлением Правительства РФ от 15.05.2013 № 416) и частью 10.1 статьи 161 ЖК РФ. Требование истца предоставить [копии всех договоров с подрядчиками, бухгалтерские регистры, переписку] выходит за пределы этого состава. Ответчик готов ознакомить истца с документами в офисе в приёмные часы.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Запрос истца исполнен [частично].</w:t>
      </w:r>
      <w:r>
        <w:rPr>
          <w:rFonts w:ascii="Times New Roman" w:hAnsi="Times New Roman"/>
          <w:b w:val="0"/>
          <w:i w:val="0"/>
          <w:sz w:val="24"/>
        </w:rPr>
        <w:t xml:space="preserve"> На обращение от «[дата]» ответчик ответил «[дата]» [исх. № __], направив [перечень]. Сроки ответа соблюдены. [Запрос в отношении сведений, составляющих персональные данные других собственников, правомерно отклонён.]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Жилищного кодекса Российской Федерации установлено: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Договор не предусматривает обязанности предоставлять каждому собственнику индивидуально копии первичной документации.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162, 165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