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исполнитель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исполнителя]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уплаченных по договору оказания услуг денежных средств в связи с отказом от договора, неустойки, штрафа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уплаченных по договору оказания услуг от «[дата]» денежных средств [сумма] рублей в связи с отказом истца от договора, неустойки,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всю уплаченную сумму, суд не учёл фактически понесённые исполнителем расходы и стоимость оказанной части услуг, а неустойку по статьям 28 и 31 Закона о защите прав потребителей взыскал при отказе потребителя от договора, не связанном с нарушением исполнителя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отказ не освобождает потребителя от оплаты фактически понесённых исполнителем расходов.</w:t>
      </w:r>
      <w:r>
        <w:rPr>
          <w:rFonts w:ascii="Times New Roman" w:hAnsi="Times New Roman"/>
          <w:b w:val="0"/>
          <w:i w:val="0"/>
          <w:sz w:val="24"/>
        </w:rPr>
        <w:t xml:space="preserve"> Статьёй 32 Закона о защите прав потребителей установлено: «Потребитель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договору.» Пунктом 1 статьи 782 ГК РФ установлено: «Заказчик вправе отказаться от исполнения договора возмездного оказания услуг при условии оплаты исполнителю фактически понесенных им расходов.» До получения заявления об отказе «[дата]» ответчик [оказал услуги на сумму [сумма] рублей: проведено __ занятий из __, предоставлен доступ к __ модулям, выполнен анализ документов; понёс расходы на [__]], что подтверждается [актами, журналом посещений, данными платформы о просмотре уроков, отчётами]. Эти суммы возврату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произведён [частично]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Ответчик возвратил истцу [сумма] рублей «[дата]» — разницу между уплаченной суммой и стоимостью оказанных услуг и фактических расходов. Расчёт прилагается. Требование о возврате всей суммы без учёта оказанных услуг означает неосновательное обогащение потребителя.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по статьям 28 и 31 Закона не начисляется.</w:t>
      </w:r>
      <w:r>
        <w:rPr>
          <w:rFonts w:ascii="Times New Roman" w:hAnsi="Times New Roman"/>
          <w:b w:val="0"/>
          <w:i w:val="0"/>
          <w:sz w:val="24"/>
        </w:rPr>
        <w:t xml:space="preserve"> Отказ от договора по статье 32 Закона не связан с нарушением исполнителем сроков или качества услуги. Неустойка, предусмотренная пунктом 5 статьи 28 и пунктом 3 статьи 31 Закона, за просрочку возврата денег при добровольном отказе потребителя законом не установлена; возможны лишь проценты по статье 395 ГК РФ («В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речь о кредите на оплату курса:] Денежные средства, уплаченные банку в счёт процентов, не являются убытками по вине исполнителя.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выбрал оплату в кредит; проценты по кредитному договору — расходы истца, не связанные с нарушением ответчиком обязательств.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Условие о невозвратности [если есть] не применяется ответчиком.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ссылается на условие о невозвратном платеже, а удерживает лишь стоимость фактически оказанных услуг, что соответствует закону.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32 Закона РФ «О защите прав потребителей», 782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