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определении порядка общения с ребёнком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определении порядка общения истца с несовершеннолетним [Ф. И. О., дата рождения]: [описать установленный судом график].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установил график, предложенный истцом, без учёта возраста ребёнка, режима его дня, состояния здоровья и привязанности; вариант ответчика и заключение органа опеки не обсуждались (пункты 1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препятствует общению ребёнка с истцом.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66 Семейного кодекса Российской Федерации (далее — СК РФ) установлено: «Родитель,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образования.» «Родитель,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развитию.» Ответчик эту обязанность выполняет: [истец видится с ребёнком по договорённости, звонит ему, ответчик сам предлагал встречи — переписка прилагается]. Встречи не состоялись по инициативе самого истца [отменял их, не приезжал, не отвечал]. Требование об «устранении препятствий» не обосновано.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возражает не против общения, а против предложенного истцом порядка.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66 СК РФ установлено: «Родители вправе заключить в письменной форме соглашение о порядке осуществления родительских прав родителем, проживающим отдельно от ребенка.» «Если родители не могут прийти к соглашению, спор разрешается судом с участием органа опеки и попечительства по требованию родителей (одного из них). По требованию родителей (одного из них) в порядке, установленном гражданским процессуальным законодательством,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решения.» Порядок определяется исходя из интересов ребёнка, а не удобства родителя. Предложенный истцом график [каждые выходные с ночёвкой, половина каникул, поездки за пределы города без согласия ответчика] не учитывает, что ребёнку [__] лет; он [посещает детский сад / школу и секции по субботам]; [имеет заболевание __, требующее режима и приёма лекарств]; с истцом длительное время не общался и [не привык к нему / боится оставаться без ответчика].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Общение не должно причинять вред ребёнку.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65 СК РФ установлено: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[Истец во время встреч [употреблял алкоголь, настраивал ребёнка против ответчика, нарушал режим, допускал опасные ситуации] — подтверждается [перепиской, показаниями свидетелей, обращениями в полицию]. Проживание истца [в одной квартире с лицами, злоупотребляющими алкоголем / в отдалённом населённом пункте] не позволяет оставлять ребёнка с ночёвкой.] В этих условиях общение возможно лишь в присутствии ответчика [или на нейтральной территории].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предлагает свой порядок общения.</w:t>
      </w:r>
      <w:r>
        <w:rPr>
          <w:rFonts w:ascii="Times New Roman" w:hAnsi="Times New Roman"/>
          <w:b w:val="0"/>
          <w:i w:val="0"/>
          <w:sz w:val="24"/>
        </w:rPr>
        <w:t xml:space="preserve"> [Например: каждую вторую и четвёртую субботу месяца с 11:00 до 18:00 по месту жительства ребёнка или на нейтральной территории в присутствии ответчика (до достижения ребёнком возраста __ лет); видеозвонки по средам с 19:00 до 19:30; в день рождения ребёнка — 2 часа; во время летних каникул — [__] дней по согласованию с ответчиком без выезда за пределы региона]. Такой порядок учитывает режим дня ребёнка и постепенное восстановление контакта.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 — главный критерий.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65 СК РФ установлено: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Требование истца продиктовано [конфликтом между родителями / желанием уменьшить алименты / местью ответчику], а не интересами ребёнка, и его удовлетворение ухудшит положение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обеспечил надлежащего участия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СК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Пунктом 2 той же статьи: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[Заключение органа опеки в деле отсутствует / составлено без обследования условий жизни ответчика / суд отверг его без приведения мотивов.]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 не выяснено [или не учтено].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[__] лет, однако суд его не заслушал [или не привёл мотивов, по которым решение принято вопреки его мнению].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65, 66, 78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