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прекращении права собственности на долю в праве общей собственности с выплатой компенсации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прекращении права собственности ответчика на [__] долю в праве общей собственности на [квартиру] по адресу [__] с выплатой компенсации [сумма] рублей и признании права собственности на долю за истцом.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Прекращая право ответчика на долю, суд не установил одновременного наличия всех условий пункта 4 статьи 252 ГК РФ: доля не является незначительной, ответчик имеет существенный интерес в её использовании, а компенсация определена без оценки и не внесена истцом на депозит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Принудительный выкуп доли возможен лишь при одновременном наличии трёх условий.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4 статьи 252 Гражданского кодекса Российской Федерации (далее — ГК РФ) установлено: «Выплата участнику долевой собственности остальными собственниками компенсации вместо выдела его доли в натуре допускается с его согласия. В случаях, когда доля собственника незначительна, не может быть реально выделена и он не имеет существенного интереса в использовании общего имущества, суд может и при отсутствии согласия этого собственника обязать остальных участников долевой собственности выплатить ему компенсацию.» Условия: доля незначительна, не может быть реально выделена, собственник не имеет существенного интереса в её использовании. Отсутствие любого из условий исключает удовлетворение иска.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Доля ответчика не является незначительной.</w:t>
      </w:r>
      <w:r>
        <w:rPr>
          <w:rFonts w:ascii="Times New Roman" w:hAnsi="Times New Roman"/>
          <w:b w:val="0"/>
          <w:i w:val="0"/>
          <w:sz w:val="24"/>
        </w:rPr>
        <w:t xml:space="preserve"> На долю [__] приходится [__] кв. м общей и [__] кв. м жилой площади, что [соответствует площади изолированной комнаты / превышает учётную норму]. Незначительность оценивается не абстрактно, а с учётом площади и планировки конкретного помещения.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имеет существенный интерес в использовании доли.</w:t>
      </w:r>
      <w:r>
        <w:rPr>
          <w:rFonts w:ascii="Times New Roman" w:hAnsi="Times New Roman"/>
          <w:b w:val="0"/>
          <w:i w:val="0"/>
          <w:sz w:val="24"/>
        </w:rPr>
        <w:t xml:space="preserve"> Ответчик [зарегистрирован и проживает в квартире / не имеет другого жилья — выписка ЕГРН / хранит в квартире вещи / несёт расходы на её содержание — квитанции / намерен вселиться, но истец препятствует — обращение в полицию]. Пунктом 2 статьи 247 ГК РФ: «Участник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компенсации.» Отсутствие реального проживания, вызванное препятствиями со стороны истца, не свидетельствует об отсутствии интереса.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должна соответствовать рыночной стоимости и быть обеспечена.</w:t>
      </w:r>
      <w:r>
        <w:rPr>
          <w:rFonts w:ascii="Times New Roman" w:hAnsi="Times New Roman"/>
          <w:b w:val="0"/>
          <w:i w:val="0"/>
          <w:sz w:val="24"/>
        </w:rPr>
        <w:t xml:space="preserve"> Истец оценил долю в [сумма] рублей [пропорционально кадастровой стоимости / с «дисконтом» за долю]. Компенсация определяется рыночной стоимостью доли; истец обязан подтвердить наличие средств — внести сумму на депозит суда. [Средства на депозит не внесены.] Частью 1 статьи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Суд необоснованно отказал ответчику в назначении экспертизы [или не обсудил этот вопрос]; ответчик ходатайствует перед судом апелляционной инстанции о назначении оценочной экспертизы.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выплаты.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252 ГК РФ: «С получением компенсации в соответствии с настоящей статьей собственник утрачивает право на долю в общем имуществе.» Право ответчика может быть прекращено только после фактического получения компенсации; решение должно содержать именно такое условие.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Иные способы защиты.</w:t>
      </w:r>
      <w:r>
        <w:rPr>
          <w:rFonts w:ascii="Times New Roman" w:hAnsi="Times New Roman"/>
          <w:b w:val="0"/>
          <w:i w:val="0"/>
          <w:sz w:val="24"/>
        </w:rPr>
        <w:t xml:space="preserve"> Истец не лишён возможности определить порядок пользования (пункт 1 статьи 247 ГК РФ: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судом.») или получать компенсацию за пользование долей; принудительное лишение собственности — крайняя мера.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209 ГК РФ: «Собственнику принадлежат права владения, пользования и распоряжения своим имуществом.» Лишение собственности против воли владельца допускается лишь в случаях, прямо предусмотренных законом. Пунктом 1 статьи 10 ГК РФ установлено: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В силу пункта 2 той же статьи «В случае несоблюдения требований, предусмотренных пунктом 1 настоящей статьи, суд,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частично, а также применяет иные меры, предусмотренные законом.» Пункт 5 статьи 10 ГК РФ предполагает добросовестность участников оборота: «Добросовестность участников гражданских правоотношений и разумность их действий предполагаются.» [Истец создаёт ответчику препятствия в пользовании, а затем ссылается на непроживание ответчика как на отсутствие интереса.]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209, 247, 252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