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управляющая организация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[наименование управляющей организации / ТСЖ]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признании задолженности по оплате жилищно-коммунальных услуг отсутствующей и исключении её из платёжных документов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признании отсутствующей задолженности истца по оплате жилищно-коммунальных услуг в размере [сумма] рублей [в связи с истечением срока исковой давности] и обязании исключить её из платёжных документов.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Признавая задолженность отсутствующей, суд исходил из истечения срока исковой давности, однако истечение давности не прекращает обязательства и не делает долг несуществующим; расчёт задолженности и учёт платежей истца суд не проверил (пункты 1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Задолженность существует и подтверждена расчётом.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153 Жилищного кодекса Российской Федерации (далее — ЖК РФ) установлено: «Граждане и организации обязаны своевременно и полностью вносить плату за жилое помещение и коммунальные услуги.» За период с «[дата]» по «[дата]» истцу начислено [сумма] рублей, оплачено [сумма] рублей; разница [сумма] рублей отражена в лицевом счёте. Помесячный расчёт с указанием тарифов, объёмов и поступивших платежей прилагается.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Платежи истца учтены правильно.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408 Гражданского кодекса Российской Федерации (далее — ГК РФ) установлено: «Надлежащее исполнение прекращает обязательство.» [Платежи, на которые ссылается истец, учтены в периодах, указанных им в назначении платежа / поступили без указания периода и в силу статьи 319.1 ГК РФ зачтены в погашение более ранних обязательств / произведены на реквизиты иной организации и ответчику не поступали].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Отражение долга в платёжном документе не нарушает прав истца.</w:t>
      </w:r>
      <w:r>
        <w:rPr>
          <w:rFonts w:ascii="Times New Roman" w:hAnsi="Times New Roman"/>
          <w:b w:val="0"/>
          <w:i w:val="0"/>
          <w:sz w:val="24"/>
        </w:rPr>
        <w:t xml:space="preserve"> Платёжный документ — информационный документ, содержание которого определено пунктом 69 Правил предоставления коммунальных услуг (утв. постановлением Правительства РФ от 06.05.2011 № 354): в нём указываются «сведения о размере задолженности потребителя перед исполнителем за предыдущие расчетные периоды» Отражение задолженности не является принудительным взысканием и не нарушает прав потребителя на информацию (статья 10 Закона о защите прав потребителей: «Изготовитель (исполнитель, продавец) обязан своевременно предоставлять потребителю необходимую и достоверную информацию о товарах (работах, услугах), обеспечивающую возможность их правильного выбора. По отдельным видам товаров (работ, услуг) перечень и способы доведения информации до потребителя устанавливаются Правительством Российской Федерации.»).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Ненадлежащий способ защиты.</w:t>
      </w:r>
      <w:r>
        <w:rPr>
          <w:rFonts w:ascii="Times New Roman" w:hAnsi="Times New Roman"/>
          <w:b w:val="0"/>
          <w:i w:val="0"/>
          <w:sz w:val="24"/>
        </w:rPr>
        <w:t xml:space="preserve"> Статьёй 12 ГК РФ установлены способы защиты: «признания права» «восстановления положения, существовавшего до нарушения права, и пресечения действий, нарушающих право или создающих угрозу его нарушения» Требование о признании задолженности отсутствующей допустимо, если долг действительно погашен или не возникал. При наличии спора о размере начислений истец вправе требовать перерасчёта по конкретным основаниям, которые он не привёл.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Истечение давности не погашает долг.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199 ГК РФ установлено: «Исковая давность применяется судом только по заявлению стороны в споре, сделанному до вынесения судом решения.» «Истечение срока исковой давности, о применении которой заявлено стороной в споре, является основанием к вынесению судом решения об отказе в иске.» Давность лишает кредитора возможности принудительного взыскания, но не прекращает обязательство: исполнение после истечения давности не может быть истребовано обратно (статья 206 ГК РФ). Требование о признании долга «отсутствующим» закону не соответствует.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153, 155 ЖК РФ, 12, 199, 206, 408 ГК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