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туроператор (заявитель апелляционной жалобы): </w:t>
      </w:r>
      <w:r>
        <w:rPr>
          <w:rFonts w:ascii="Times New Roman" w:hAnsi="Times New Roman"/>
          <w:b w:val="0"/>
          <w:i w:val="0"/>
          <w:sz w:val="24"/>
        </w:rPr>
        <w:t>[наименование туроператора]</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денежных средств за туристский продукт ненадлежащего качества, неустойки, штрафа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[части стоимости туристского продукта / убытков] [сумма] рублей,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денежные средства, суд признал услуги некачественными, хотя недостатки во время поездки не фиксировались, замены произведены на равноценные, а часть обстоятельств находится вне ответственности туроператора (пункты 1, 2 и 4 части 1 статьи 330 ГПК РФ).</w:t>
      </w:r>
    </w:p>
    <w:p>
      <w:pPr>
        <w:spacing w:after="120" w:line="276" w:lineRule="auto"/>
        <w:ind w:firstLine="709"/>
        <w:jc w:val="both"/>
      </w:pPr>
      <w:r>
        <w:rPr>
          <w:rFonts w:ascii="Times New Roman" w:hAnsi="Times New Roman"/>
          <w:b/>
          <w:i w:val="0"/>
          <w:sz w:val="24"/>
        </w:rPr>
        <w:t>Услуги оказаны в соответствии с договором.</w:t>
      </w:r>
      <w:r>
        <w:rPr>
          <w:rFonts w:ascii="Times New Roman" w:hAnsi="Times New Roman"/>
          <w:b w:val="0"/>
          <w:i w:val="0"/>
          <w:sz w:val="24"/>
        </w:rPr>
        <w:t xml:space="preserve"> Статьёй 9 Федерального закона «Об основах туристской деятельности в Российской Федерации» установлено: «Туроператор обеспечивает оказание туристу всех услуг, входящих в туристский продукт, самостоятельно или с привлечением третьих лиц, на которых туроператором возлагается исполнение части или всех его обязательств перед туристом и (или) иным заказчиком.» Туроператор отвечает за оказание услуг, входящих в туристский продукт, в соответствии с условиями договора. Истцу предоставлены [проживание в отеле «__» категории __, номер категории __, питание по системе __, трансфер] — как указано в листе бронирования и договоре. Субъективные ожидания туриста, не отражённые в договоре (вид из окна, расположение номера, «как на фото»), не являются условиями договора.</w:t>
      </w:r>
    </w:p>
    <w:p>
      <w:pPr>
        <w:spacing w:after="120" w:line="276" w:lineRule="auto"/>
        <w:ind w:firstLine="709"/>
        <w:jc w:val="both"/>
      </w:pPr>
      <w:r>
        <w:rPr>
          <w:rFonts w:ascii="Times New Roman" w:hAnsi="Times New Roman"/>
          <w:b/>
          <w:i w:val="0"/>
          <w:sz w:val="24"/>
        </w:rPr>
        <w:t>Недостатки не зафиксированы во время поездки.</w:t>
      </w:r>
      <w:r>
        <w:rPr>
          <w:rFonts w:ascii="Times New Roman" w:hAnsi="Times New Roman"/>
          <w:b w:val="0"/>
          <w:i w:val="0"/>
          <w:sz w:val="24"/>
        </w:rPr>
        <w:t xml:space="preserve"> Истец не обращался к представителю туроператора (гиду) или в отель с претензией во время отдыха, не составлял акта, не просил переселения. Претензия направлена лишь по возвращении «[дата]». Без фиксации на месте невозможно установить ни факт, ни продолжительность недостатков; фотографии и отзывы в сети не подтверждают даты и место.</w:t>
      </w:r>
    </w:p>
    <w:p>
      <w:pPr>
        <w:spacing w:after="120" w:line="276" w:lineRule="auto"/>
        <w:ind w:firstLine="709"/>
        <w:jc w:val="both"/>
      </w:pPr>
      <w:r>
        <w:rPr>
          <w:rFonts w:ascii="Times New Roman" w:hAnsi="Times New Roman"/>
          <w:b/>
          <w:i w:val="0"/>
          <w:sz w:val="24"/>
        </w:rPr>
        <w:t>[Если были замены:] Замена произведена на равноценную или более высокую услугу.</w:t>
      </w:r>
      <w:r>
        <w:rPr>
          <w:rFonts w:ascii="Times New Roman" w:hAnsi="Times New Roman"/>
          <w:b w:val="0"/>
          <w:i w:val="0"/>
          <w:sz w:val="24"/>
        </w:rPr>
        <w:t xml:space="preserve"> В связи с [overbooking / ремонтом в отеле] истцу предоставлено размещение в отеле «__» той же [более высокой] категории, с чем истец согласился, проживал в нём и претензий не предъявлял. Такая замена не является существенным изменением условий путешествия.</w:t>
      </w:r>
    </w:p>
    <w:p>
      <w:pPr>
        <w:spacing w:after="120" w:line="276" w:lineRule="auto"/>
        <w:ind w:firstLine="709"/>
        <w:jc w:val="both"/>
      </w:pPr>
      <w:r>
        <w:rPr>
          <w:rFonts w:ascii="Times New Roman" w:hAnsi="Times New Roman"/>
          <w:b/>
          <w:i w:val="0"/>
          <w:sz w:val="24"/>
        </w:rPr>
        <w:t>Обстоятельства, за которые туроператор не отвечает.</w:t>
      </w:r>
      <w:r>
        <w:rPr>
          <w:rFonts w:ascii="Times New Roman" w:hAnsi="Times New Roman"/>
          <w:b w:val="0"/>
          <w:i w:val="0"/>
          <w:sz w:val="24"/>
        </w:rPr>
        <w:t xml:space="preserve"> [Погодные условия, состояние моря, поведение других туристов, задержка рейса по метеоусловиям / решению авиационных властей] находятся вне сферы ответственности туроператора и не являются недостатками туристского продукта.</w:t>
      </w:r>
    </w:p>
    <w:p>
      <w:pPr>
        <w:spacing w:after="120" w:line="276" w:lineRule="auto"/>
        <w:ind w:firstLine="709"/>
        <w:jc w:val="both"/>
      </w:pPr>
      <w:r>
        <w:rPr>
          <w:rFonts w:ascii="Times New Roman" w:hAnsi="Times New Roman"/>
          <w:b/>
          <w:i w:val="0"/>
          <w:sz w:val="24"/>
        </w:rPr>
        <w:t>Требования к туроператору только в пределах его ответственности; турагент отвечает самостоятельно.</w:t>
      </w:r>
      <w:r>
        <w:rPr>
          <w:rFonts w:ascii="Times New Roman" w:hAnsi="Times New Roman"/>
          <w:b w:val="0"/>
          <w:i w:val="0"/>
          <w:sz w:val="24"/>
        </w:rPr>
        <w:t xml:space="preserve"> «Туроператор и турагент несут предусмотренную законодательством Российской Федерации ответственность за неисполнение или ненадлежащее исполнение обязательств как друг перед другом, так и перед туристом и (или) иным заказчиком. Туроператор и турагент самостоятельно отвечают перед туристом и (или) иным заказчиком.» [Денежные средства в части агентского вознаграждения турагента [сумма] рублей туроператору не поступали.]</w:t>
      </w:r>
    </w:p>
    <w:p>
      <w:pPr>
        <w:spacing w:after="120" w:line="276" w:lineRule="auto"/>
        <w:ind w:firstLine="709"/>
        <w:jc w:val="both"/>
      </w:pPr>
      <w:r>
        <w:rPr>
          <w:rFonts w:ascii="Times New Roman" w:hAnsi="Times New Roman"/>
          <w:b/>
          <w:i w:val="0"/>
          <w:sz w:val="24"/>
        </w:rPr>
        <w:t>Неустойка не подлежит взысканию в заявленном размере.</w:t>
      </w:r>
      <w:r>
        <w:rPr>
          <w:rFonts w:ascii="Times New Roman" w:hAnsi="Times New Roman"/>
          <w:b w:val="0"/>
          <w:i w:val="0"/>
          <w:sz w:val="24"/>
        </w:rPr>
        <w:t xml:space="preserve"> Неустойка по пункту 3 статьи 31 Закона о защите прав потребителей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начисляется за нарушение сроков удовлетворения требований об уменьшении цены, исходя из цены услуги, качество которой оспаривается [сумма] рублей, а не из полной стоимости тура, и ограничена этой ценой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 10 Федерального закона «Об основах туристской деятельности в Российской Федерации», 13, 15 Закона РФ «О защите прав потребителей»,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