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включении имущества в наследственную массу</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включении [имущество] в наследственную массу после смерти [Ф. И. О.] [и признании права собственности истца в порядке наследования].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Включая имущество в наследство, суд признал наследодателя собственником, хотя право не было зарегистрировано, сделка не завершена [паевой взнос не выплачен], а имущество принадлежит ответчику на законном основании (пункты 1, 2 и 4 части 1 статьи 330 ГПК РФ).</w:t>
      </w:r>
    </w:p>
    <w:p>
      <w:pPr>
        <w:spacing w:after="120" w:line="276" w:lineRule="auto"/>
        <w:ind w:firstLine="709"/>
        <w:jc w:val="both"/>
      </w:pPr>
      <w:r>
        <w:rPr>
          <w:rFonts w:ascii="Times New Roman" w:hAnsi="Times New Roman"/>
          <w:b/>
          <w:i w:val="0"/>
          <w:sz w:val="24"/>
        </w:rPr>
        <w:t>В наследство входит только то, что принадлежало наследодателю на день смерти.</w:t>
      </w:r>
      <w:r>
        <w:rPr>
          <w:rFonts w:ascii="Times New Roman" w:hAnsi="Times New Roman"/>
          <w:b w:val="0"/>
          <w:i w:val="0"/>
          <w:sz w:val="24"/>
        </w:rPr>
        <w:t xml:space="preserve"> Статьёй 1112 Гражданского кодекса Российской Федерации (далее — ГК РФ) установлено: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Истец должен доказать, что на день открытия наследства наследодатель являлся собственником спорного имущества или обладал правом на его приобретение, которое не зависело от его дальнейшего волеизъявления.</w:t>
      </w:r>
    </w:p>
    <w:p>
      <w:pPr>
        <w:spacing w:after="120" w:line="276" w:lineRule="auto"/>
        <w:ind w:firstLine="709"/>
        <w:jc w:val="both"/>
      </w:pPr>
      <w:r>
        <w:rPr>
          <w:rFonts w:ascii="Times New Roman" w:hAnsi="Times New Roman"/>
          <w:b/>
          <w:i w:val="0"/>
          <w:sz w:val="24"/>
        </w:rPr>
        <w:t>Наследодатель собственником имущества не являлся.</w:t>
      </w:r>
      <w:r>
        <w:rPr>
          <w:rFonts w:ascii="Times New Roman" w:hAnsi="Times New Roman"/>
          <w:b w:val="0"/>
          <w:i w:val="0"/>
          <w:sz w:val="24"/>
        </w:rPr>
        <w:t xml:space="preserve"> Пунктом 1 статьи 131 ГК РФ установлено: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Право на [объект] зарегистрировано за [ответчиком / иным лицом] с «[дата]». Наследодатель [лишь проживал в квартире / пользовался имуществом с согласия собственника / вносил платежи за ответчика]. Пользование имуществом и участие в расходах на него не создают права собственности.</w:t>
      </w:r>
    </w:p>
    <w:p>
      <w:pPr>
        <w:spacing w:after="120" w:line="276" w:lineRule="auto"/>
        <w:ind w:firstLine="709"/>
        <w:jc w:val="both"/>
      </w:pPr>
      <w:r>
        <w:rPr>
          <w:rFonts w:ascii="Times New Roman" w:hAnsi="Times New Roman"/>
          <w:b/>
          <w:i w:val="0"/>
          <w:sz w:val="24"/>
        </w:rPr>
        <w:t>Сделка, на которую ссылается истец, не была завершена наследодателем.</w:t>
      </w:r>
      <w:r>
        <w:rPr>
          <w:rFonts w:ascii="Times New Roman" w:hAnsi="Times New Roman"/>
          <w:b w:val="0"/>
          <w:i w:val="0"/>
          <w:sz w:val="24"/>
        </w:rPr>
        <w:t xml:space="preserve"> [Наследодатель при жизни лишь [подал заявление о приватизации / заключил предварительный договор / начал оформление], но затем [отозвал заявление / не предпринимал действий, хотя имел возможность]. Включение имущества в наследство возможно лишь при выраженной воле наследодателя, которую он не отозвал и не смог реализовать по не зависящим от него причинам. Такой воли истец не доказал.]</w:t>
      </w:r>
    </w:p>
    <w:p>
      <w:pPr>
        <w:spacing w:after="120" w:line="276" w:lineRule="auto"/>
        <w:ind w:firstLine="709"/>
        <w:jc w:val="both"/>
      </w:pPr>
      <w:r>
        <w:rPr>
          <w:rFonts w:ascii="Times New Roman" w:hAnsi="Times New Roman"/>
          <w:b/>
          <w:i w:val="0"/>
          <w:sz w:val="24"/>
        </w:rPr>
        <w:t>[Если истец ссылается на членство в кооперативе:] Паевой взнос не выплачен полностью.</w:t>
      </w:r>
      <w:r>
        <w:rPr>
          <w:rFonts w:ascii="Times New Roman" w:hAnsi="Times New Roman"/>
          <w:b w:val="0"/>
          <w:i w:val="0"/>
          <w:sz w:val="24"/>
        </w:rPr>
        <w:t xml:space="preserve"> Пунктом 4 статьи 218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Справки о полной выплате пая наследодателем нет; [кооператив подтверждает задолженность по взносу в размере [сумма] рублей].</w:t>
      </w:r>
    </w:p>
    <w:p>
      <w:pPr>
        <w:spacing w:after="120" w:line="276" w:lineRule="auto"/>
        <w:ind w:firstLine="709"/>
        <w:jc w:val="both"/>
      </w:pPr>
      <w:r>
        <w:rPr>
          <w:rFonts w:ascii="Times New Roman" w:hAnsi="Times New Roman"/>
          <w:b/>
          <w:i w:val="0"/>
          <w:sz w:val="24"/>
        </w:rPr>
        <w:t>Имущество принадлежит ответчику на законном основании.</w:t>
      </w:r>
      <w:r>
        <w:rPr>
          <w:rFonts w:ascii="Times New Roman" w:hAnsi="Times New Roman"/>
          <w:b w:val="0"/>
          <w:i w:val="0"/>
          <w:sz w:val="24"/>
        </w:rPr>
        <w:t xml:space="preserve"> Ответчик приобрёл [объект] по [договору купли-продажи / дарения / решению суда] от «[дата]», право зарегистрировано. Пунктом 2 статьи 218 ГК РФ установлено: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Регистрация права ответчика не оспорена; требование о включении имущества в наследство фактически направлено на лишение ответчика собственности без оспаривания его права, что является ненадлежащим способом защиты.</w:t>
      </w:r>
    </w:p>
    <w:p>
      <w:pPr>
        <w:spacing w:after="120" w:line="276" w:lineRule="auto"/>
        <w:ind w:firstLine="709"/>
        <w:jc w:val="both"/>
      </w:pPr>
      <w:r>
        <w:rPr>
          <w:rFonts w:ascii="Times New Roman" w:hAnsi="Times New Roman"/>
          <w:b/>
          <w:i w:val="0"/>
          <w:sz w:val="24"/>
        </w:rPr>
        <w:t>Переход прав к наследникам — только в отношении имущества наследодателя.</w:t>
      </w:r>
      <w:r>
        <w:rPr>
          <w:rFonts w:ascii="Times New Roman" w:hAnsi="Times New Roman"/>
          <w:b w:val="0"/>
          <w:i w:val="0"/>
          <w:sz w:val="24"/>
        </w:rPr>
        <w:t xml:space="preserve"> Пунктом 1 статьи 1110 ГК РФ установлено: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Абзацем вторым пункта 2 статьи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Права, которыми наследодатель не обладал, к наследникам перейти не могут.</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Об открытии наследства и о своих правах истец узнал не позднее «[дата]» [похороны наследодателя / получение извещения нотариуса / разговор с ответчиком];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131, 218, 1112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