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возмещении ущерба, причинённого падением снега (наледи) / вследствие ненадлежащего содержания территории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взыскании с ответчика ущерба, причинённого [автомобилю / здоровью] падением снега (наледи) с крыши дома по адресу [__], в размере [сумма] рублей [и компенсации морального вреда].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ущерб, суд не установил с достоверностью место и причину падения снега, не оценил доказательства надлежащей очистки кровли и не обсудил грубую неосторожность потерпевшего, оставившего автомобиль у огороженного [предупреждающими знаками] участка (пункты 1, 2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должен доказать факт, место и причину причинения вреда.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Российской Федерации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Истец обязан доказать, что вред причинён именно падением снега с крыши обслуживаемого ответчиком дома (а не, например, с дерева, соседнего здания или иным образом), и время события. [Протокол осмотра места происшествия полицией не содержит сведений о падении снега с крыши / фотографии сделаны позднее и в другом месте / свидетелей падения нет.]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надлежаще исполнял обязанности по содержанию кровли и территории.</w:t>
      </w:r>
      <w:r>
        <w:rPr>
          <w:rFonts w:ascii="Times New Roman" w:hAnsi="Times New Roman"/>
          <w:b w:val="0"/>
          <w:i w:val="0"/>
          <w:sz w:val="24"/>
        </w:rPr>
        <w:t xml:space="preserve"> Пунктом 4 части 1 статьи 36 Жилищного кодекса Российской Федерации (далее — ЖК РФ) земельный участок с элементами благоустройства относится к общему имуществу: «земельный участок, на котором расположен данный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объекты. Границы и размер земельного участка, на котором расположен многоквартирный дом, определяются в соответствии с требованиями земельного законодательства и законодательства о градостроительной деятельности.» Ответчик [производил очистку кровли от снега и наледи «[дата]» и «[дата]» — акты; ограждал опасные зоны сигнальной лентой, разместил предупреждающие таблички «Осторожно, сход снега» — фотографии; посыпал территорию противогололёдными материалами — журнал]. Пунктом 2 статьи 1064 ГК РФ установлено: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Грубая неосторожность потерпевшего.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1083 ГК РФ установлено: «Если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уменьшен.» Истец [припарковал автомобиль вплотную к стене дома, в месте, огороженном лентой и отмеченном предупреждающей табличкой / в месте, не предназначенном для парковки — на газоне / шёл по неочищенному участку в обход расчищенной дорожки в неподходящей обуви]. Это основание для уменьшения размера возмещения или отказа в нём.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участок не сформирован или не входит в зону ответственности:] Ответчик — ненадлежащий ответчик.</w:t>
      </w:r>
      <w:r>
        <w:rPr>
          <w:rFonts w:ascii="Times New Roman" w:hAnsi="Times New Roman"/>
          <w:b w:val="0"/>
          <w:i w:val="0"/>
          <w:sz w:val="24"/>
        </w:rPr>
        <w:t xml:space="preserve"> [Место падения находится за границами земельного участка многоквартирного дома, который [не сформирован / сформирован в иных границах — выписка ЕГРН] / относится к муниципальной территории, за уборку которой отвечает администрация.]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не доказан.</w:t>
      </w:r>
      <w:r>
        <w:rPr>
          <w:rFonts w:ascii="Times New Roman" w:hAnsi="Times New Roman"/>
          <w:b w:val="0"/>
          <w:i w:val="0"/>
          <w:sz w:val="24"/>
        </w:rPr>
        <w:t xml:space="preserve"> [Отчёт об оценке составлен без осмотра ответчиком, который не был извещён / включает повреждения, не связанные с событием (ранее полученные — сведения ГИБДД о ДТП) / рассчитан без учёта износа при наличии более разумного способа восстановления].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Моральный вред.</w:t>
      </w:r>
      <w:r>
        <w:rPr>
          <w:rFonts w:ascii="Times New Roman" w:hAnsi="Times New Roman"/>
          <w:b w:val="0"/>
          <w:i w:val="0"/>
          <w:sz w:val="24"/>
        </w:rPr>
        <w:t xml:space="preserve"> [Если ущерб причинён только имуществу:] Компенсация морального вреда при нарушении имущественных прав допускается лишь в случаях, предусмотренных законом; закон о защите прав потребителей применяется к собственнику помещения дома, но не к постороннему лицу, припарковавшему автомобиль у дома.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ущерба определён без судебной экспертизы.</w:t>
      </w:r>
      <w:r>
        <w:rPr>
          <w:rFonts w:ascii="Times New Roman" w:hAnsi="Times New Roman"/>
          <w:b w:val="0"/>
          <w:i w:val="0"/>
          <w:sz w:val="24"/>
        </w:rPr>
        <w:t xml:space="preserve"> Отчёт истца [составлен без участия ответчика / включает повреждения, не отражённые в акте / рассчитан по завышенным ценам].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В назначении экспертизы суд [отказал / вопрос не обсуждал]; ответчик ходатайствует перед судом апелляционной инстанции о назначении судебной оценочной (строительно-технической) экспертизы.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1064, 1083 ГК РФ, 161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