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возмещении ущерба, причинённого заливом квартиры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ущерба, причинённого заливом квартиры, [сумма] рублей [и компенсации морального вреда].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ущерб с ответчика, суд не учёл, что залив произошёл из общего имущества многоквартирного дома, за которое отвечает управляющая организация, акт о заливе составлен с нарушениями, а размер ущерба определён без экспертизы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должен доказать все условия деликтной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Истец обязан доказать факт причинения вреда, его размер, противоправность поведения ответчика и причинную связь между этим поведением и вредом. Пунктом 2 той же статьи: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Ответчик вину в причинении вреда отрицает и представляет доказательства её отсутствия.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Залив произошёл из общего имущества — ответственность несёт управляющая организация.</w:t>
      </w:r>
      <w:r>
        <w:rPr>
          <w:rFonts w:ascii="Times New Roman" w:hAnsi="Times New Roman"/>
          <w:b w:val="0"/>
          <w:i w:val="0"/>
          <w:sz w:val="24"/>
        </w:rPr>
        <w:t xml:space="preserve"> Согласно акту от «[дата]» причиной залива стал [прорыв стояка горячего водоснабжения до первого отключающего устройства / течь кровли / засор канализационного стояка]. Это оборудование относится к общему имуществу многоквартирного дома (пункт 3 части 1 статьи 36 ЖК РФ), за содержание которого отвечает управляющая организация. Суд не заменил ненадлежащего ответчика (статья 41 ГПК РФ) и не привлёк управляющую организацию соответчиком.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Акт о заливе составлен с нарушениями.</w:t>
      </w:r>
      <w:r>
        <w:rPr>
          <w:rFonts w:ascii="Times New Roman" w:hAnsi="Times New Roman"/>
          <w:b w:val="0"/>
          <w:i w:val="0"/>
          <w:sz w:val="24"/>
        </w:rPr>
        <w:t xml:space="preserve"> Акт составлен [без участия ответчика, который не был извещён / спустя [__] дней после события / без указания причины залива и перечня повреждений]; в акте указаны повреждения, [которые не могли образоваться от одного залива — старые следы протечек, отслоение обоев в сухих местах].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завышен.</w:t>
      </w:r>
      <w:r>
        <w:rPr>
          <w:rFonts w:ascii="Times New Roman" w:hAnsi="Times New Roman"/>
          <w:b w:val="0"/>
          <w:i w:val="0"/>
          <w:sz w:val="24"/>
        </w:rPr>
        <w:t xml:space="preserve"> [Оценка проведена без осмотра с участием ответчика; включены работы по полной замене покрытий в помещениях, где повреждения локальны; использованы цены материалов премиум-класса, не соответствующие фактической отделке квартиры; не учтён износ отделки [__] лет.] Заключение, представленное истцом, [выполнено без извещения ответчика об осмотре / включает повреждения, не связанные с событием / рассчитано по завышенным ценам].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ходатайствует перед судом апелляционной инстанции о назначении судебной экспертизы о механизме образования повреждений, их относимости к событию и стоимости восстановления.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Моральный вред при повреждении имущества не компенсируется.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 («Если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вреда.») компенсация предусмотрена за нарушение личных неимущественных прав; залив квартиры затрагивает имущественные права, и специального закона о компенсации морального вреда в этом случае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ответчик не проживает в квартире:]</w:t>
      </w:r>
      <w:r>
        <w:rPr>
          <w:rFonts w:ascii="Times New Roman" w:hAnsi="Times New Roman"/>
          <w:b w:val="0"/>
          <w:i w:val="0"/>
          <w:sz w:val="24"/>
        </w:rPr>
        <w:t xml:space="preserve"> Ответственность лежит на собственнике (статья 210 ГК РФ: «Собственник несет бремя содержания принадлежащего ему имущества, если иное не предусмотрено законом или договором.») [либо на нанимателе, если квартира сдана в наём и залив произошёл по его вине — суд не привлёк к участию в деле нанимателя [Ф. И. О.]].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Имущественное положение ответчика.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1083 ГК РФ установлено: «Суд может уменьшить размер возмещения вреда, причиненного гражданином, с учетом его имущественного положения, за исключением случаев, когда вред причинен действиями, совершенными умышленно.» Ответчик [пенсионер / имеет доход [сумма] рублей, на иждивении — [дети], кредитные обязательства]; вред причинён неумышленно. Суд не обсудил уменьшение размера возмещения с учётом имущественного положения ответчика.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210, 1064, 1083 ГК РФ, 30, 36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