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выселении с предоставлением другого жилого помещения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выселении ответчика [и членов его семьи] из жилого помещения по адресу [__] с предоставлением жилого помещения по адресу [__].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Выселяя ответчика, суд признал равноценным помещение, которое не отвечает требованиям закона по площади, благоустройству и местоположению, и не проверил само основание выселения (пункты 1 и 4 части 1 статьи 330 ГПК РФ).</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Предоставляемое помещение не отвечает требованиям закона.</w:t>
      </w:r>
      <w:r>
        <w:rPr>
          <w:rFonts w:ascii="Times New Roman" w:hAnsi="Times New Roman"/>
          <w:b w:val="0"/>
          <w:i w:val="0"/>
          <w:sz w:val="24"/>
        </w:rPr>
        <w:t xml:space="preserve"> Частью 1 статьи 89 ЖК РФ установлено: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 Частью 2 той же статьи: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Частью 3: «Жилое помещение, предоставляемое гражданину, выселяемому в судебном порядке, должно быть указано в решении суда о выселении.» Предлагаемое помещение [имеет меньшую общую площадь ([__] кв. м против [__] кв. м) / меньшее число комнат / расположено в другом населённом пункте / не благоустроено: нет горячей воды, центрального отопления / находится в аварийном доме / требует капитального ремонта]. Равнозначность оценивается по общей площади, числу комнат, благоустроенности и расположению в черте того же населённого пункта.</w:t>
      </w:r>
    </w:p>
    <w:p>
      <w:pPr>
        <w:spacing w:after="120" w:line="276" w:lineRule="auto"/>
        <w:ind w:firstLine="709"/>
        <w:jc w:val="both"/>
      </w:pPr>
      <w:r>
        <w:rPr>
          <w:rFonts w:ascii="Times New Roman" w:hAnsi="Times New Roman"/>
          <w:b/>
          <w:i w:val="0"/>
          <w:sz w:val="24"/>
        </w:rPr>
        <w:t>Основание выселения не доказано.</w:t>
      </w:r>
      <w:r>
        <w:rPr>
          <w:rFonts w:ascii="Times New Roman" w:hAnsi="Times New Roman"/>
          <w:b w:val="0"/>
          <w:i w:val="0"/>
          <w:sz w:val="24"/>
        </w:rPr>
        <w:t xml:space="preserve"> Статьёй 85 ЖК РФ установлено: «Граждане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 «дом, в котором находится жилое помещение, подлежит сносу» «жилое помещение подлежит переводу в нежилое помещение» «жилое помещение признано непригодным для проживания» Истец не представил [решения о сносе дома / заключения межведомственной комиссии о признании помещения непригодным, вынесенного в установленном порядке / решения о переводе в нежилое помещение]. [Заключение комиссии от «[дата]» вынесено без обследования помещения и без участия ответчика.]</w:t>
      </w:r>
    </w:p>
    <w:p>
      <w:pPr>
        <w:spacing w:after="120" w:line="276" w:lineRule="auto"/>
        <w:ind w:firstLine="709"/>
        <w:jc w:val="both"/>
      </w:pPr>
      <w:r>
        <w:rPr>
          <w:rFonts w:ascii="Times New Roman" w:hAnsi="Times New Roman"/>
          <w:b/>
          <w:i w:val="0"/>
          <w:sz w:val="24"/>
        </w:rPr>
        <w:t>[Если дом признан аварийным:] Права нанимателя не могут быть ухудшены.</w:t>
      </w:r>
      <w:r>
        <w:rPr>
          <w:rFonts w:ascii="Times New Roman" w:hAnsi="Times New Roman"/>
          <w:b w:val="0"/>
          <w:i w:val="0"/>
          <w:sz w:val="24"/>
        </w:rPr>
        <w:t xml:space="preserve"> Истец не вправе предоставлять помещение меньшей площади со ссылкой на то, что ответчик не состоит на учёте нуждающихся: при выселении в связи со сносом или непригодностью предоставляется помещение, равнозначное по общей площади ранее занимаемому, независимо от учёта. [Если ответчик состоит на учёте нуждающихся — помещение предоставляется по нормам предоставления с учётом всех членов семьи.]</w:t>
      </w:r>
    </w:p>
    <w:p>
      <w:pPr>
        <w:spacing w:after="120" w:line="276" w:lineRule="auto"/>
        <w:ind w:firstLine="709"/>
        <w:jc w:val="both"/>
      </w:pPr>
      <w:r>
        <w:rPr>
          <w:rFonts w:ascii="Times New Roman" w:hAnsi="Times New Roman"/>
          <w:b/>
          <w:i w:val="0"/>
          <w:sz w:val="24"/>
        </w:rPr>
        <w:t>Члены семьи ответчика учтены неверно.</w:t>
      </w:r>
      <w:r>
        <w:rPr>
          <w:rFonts w:ascii="Times New Roman" w:hAnsi="Times New Roman"/>
          <w:b w:val="0"/>
          <w:i w:val="0"/>
          <w:sz w:val="24"/>
        </w:rPr>
        <w:t xml:space="preserve"> Совместно с ответчиком проживают [Ф. И. О., степень родства], [в том числе несовершеннолетние и инвалиды]. Предлагаемое помещение не обеспечивает их интересов: [нет отдельной комнаты для разнополых детей / нет доступной среды для инвалида / удалено от школы и места работы].</w:t>
      </w:r>
    </w:p>
    <w:p>
      <w:pPr>
        <w:spacing w:after="120" w:line="276" w:lineRule="auto"/>
        <w:ind w:firstLine="709"/>
        <w:jc w:val="both"/>
      </w:pPr>
      <w:r>
        <w:rPr>
          <w:rFonts w:ascii="Times New Roman" w:hAnsi="Times New Roman"/>
          <w:b/>
          <w:i w:val="0"/>
          <w:sz w:val="24"/>
        </w:rPr>
        <w:t>Порядок выселения.</w:t>
      </w:r>
      <w:r>
        <w:rPr>
          <w:rFonts w:ascii="Times New Roman" w:hAnsi="Times New Roman"/>
          <w:b w:val="0"/>
          <w:i w:val="0"/>
          <w:sz w:val="24"/>
        </w:rPr>
        <w:t xml:space="preserve"> Статьёй 84 ЖК РФ установлено: «Выселение граждан из жилых помещений, предоставленных по договорам социального найма, производится в судебном порядке:» «с предоставлением других благоустроенных жилых помещений по договорам социального найма» Выселение допускается только в судебном порядке и при доказанности оснований; ответчик готов переселиться в помещение, отвечающее требованиям статьи 89 ЖК РФ [и предлагает рассмотреть вариант __].</w:t>
      </w:r>
    </w:p>
    <w:p>
      <w:pPr>
        <w:spacing w:after="120" w:line="276" w:lineRule="auto"/>
        <w:ind w:firstLine="709"/>
        <w:jc w:val="both"/>
      </w:pPr>
      <w:r>
        <w:rPr>
          <w:rFonts w:ascii="Times New Roman" w:hAnsi="Times New Roman"/>
          <w:b/>
          <w:i w:val="0"/>
          <w:sz w:val="24"/>
        </w:rPr>
        <w:t>Дело о выселении рассмотрено без надлежащего участия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[Прокурор в заседании не участвовал и о нём не извещался / заключение прокурора в решении не отражено и не оценено.] Это нарушение могло привести к неправильному решению (часть 3 статьи 330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84, 85, 86, 89 ЖК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