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арендатор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платы за односторонний отказ от договора аренды и арендной платы за период предупреждения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платы за односторонний отказ от договора аренды [сумма] рублей и арендной платы за период предупреждения.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плату за отказ, суд не учёл, что отказ вызван нарушениями арендодателя, плата несоразмерна, арендная плата за период предупреждения взыскана дважды, а обеспечительный платёж не зачтён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арендатора вызван нарушениями арендодателя, поэтому плата за отказ не взимается.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310 ГК РФ установлено: «Предусмотренное настоящим Кодексом, другим законом, иным правовым актом или договором право на односторонний отказ от исполнения обязательства, связанного с осуществлением его сторонами предпринимательской деятельности,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обязательства.» Плата за отказ — это цена права отказаться без причин. Арендатор же отказался от договора в связи с тем, что [арендодатель не устранил недостатки помещения / создавал препятствия в пользовании / не производил капитальный ремонт] (статья 620 ГК РФ: «арендодатель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имущества» «переданное арендатору имущество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договора»). Уведомление от «[дата]» прямо называет эти основания.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 за отказ несоразмерна и подлежит уменьшению.</w:t>
      </w:r>
      <w:r>
        <w:rPr>
          <w:rFonts w:ascii="Times New Roman" w:hAnsi="Times New Roman"/>
          <w:b w:val="0"/>
          <w:i w:val="0"/>
          <w:sz w:val="24"/>
        </w:rPr>
        <w:t xml:space="preserve"> Сумма, равная арендной плате за [__] месяцев, многократно превышает возможные потери арендодателя, который [сдал помещение новому арендатору уже через [__] дней / получил обеспечительный платёж]. Суды применяют к такой плате по аналогии правила о снижении неустойки, если она явно несоразмерна и ведёт к необоснованной выгоде (пункт 4 статьи 1 и статья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Арендная плата за период предупреждения не начисляется после возврата помещения [или после передачи новому арендатору].</w:t>
      </w:r>
      <w:r>
        <w:rPr>
          <w:rFonts w:ascii="Times New Roman" w:hAnsi="Times New Roman"/>
          <w:b w:val="0"/>
          <w:i w:val="0"/>
          <w:sz w:val="24"/>
        </w:rPr>
        <w:t xml:space="preserve"> Статьёй 614 ГК РФ установлено: «Арендатор обязан своевременно вносить плату за пользование имуществом (арендную плату).» Плата вносится за пользование имуществом, а помещение возвращено «[дата]» по акту [и с «[дата]» сдано новому арендатору]. Двойная плата за одно и то же помещение за один период недопустима.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 за отказ и арендная плата за период предупреждения не могут взыскиваться одновременно.</w:t>
      </w:r>
      <w:r>
        <w:rPr>
          <w:rFonts w:ascii="Times New Roman" w:hAnsi="Times New Roman"/>
          <w:b w:val="0"/>
          <w:i w:val="0"/>
          <w:sz w:val="24"/>
        </w:rPr>
        <w:t xml:space="preserve"> [Пунктом [__] Договора плата за отказ установлена как компенсация вместо соблюдения срока предупреждения] — взыскание обеих сумм означает двойное возмещение одних и тех же потерь.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Обеспечительный платёж подлежит зачёту.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381.1 ГК РФ установлено: «При наступлении обстоятельств, предусмотренных договором, сумма обеспечительного платежа засчитывается в счет исполнения соответствующего обязательства.» Внесённый арендатором платёж [сумма] рублей подлежит учёту в счёт любых требований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310, 333, 381.1, 450.1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