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страховщик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страхователь: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страхового возмещения по договору добровольного страхования транспортного средства (КАСКО)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страхового возмещения по договору добровольного страхования транспортного средства [сумма] рублей [и утраты товарной стоимости].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возмещение деньгами, суд не учёл, что событие не является страховым случаем по правилам страхования, страхователь несвоевременно уведомил страховщика, а договор предусматривает ремонт на СТОА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Событие не является страховым случаем по условиям договора и правил страхования.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943 ГК РФ установлено: «Условия, содержащиеся в правилах страхования и не включенные в текст договора страхования (страхового полиса), обязательны для страхователя (выгодоприобретателя), если в договоре (страховом полисе) прямо указывается на применение таких правил и сами правила изложены в одном документе с договором (страховым полисом) или на его оборотной стороне либо приложены к нему. В последнем случае вручение страхователю при заключении договора правил страхования должно быть удостоверено записью в договоре.» В полисе есть ссылка на Правила страхования [наименование, редакция от «[дата]»], которые страхователь получил (отметка в полисе). Пунктом [__] Правил [событие: управление лицом, не допущенным к управлению / хищение при оставлении ключей / повреждение при эксплуатации с нарушением правил / износ] исключено из страхового покрытия.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Страхователь несвоевременно уведомил страховщика.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961 ГК РФ установлено: «Страхователь по договору имущественного страхования после того, как ему стало известно о наступлении страхового случая, обязан незамедлительно уведомить о его наступлении страховщика или его представителя. Если договором предусмотрен срок и (или) способ уведомления, оно должно быть сделано в условленный срок и указанным в договоре способом.» Пунктом 2 той же статьи: «Неисполнение обязанности, предусмотренной пунктом 1 настоящей статьи,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возмещение.» О событии «[дата]» страховщик узнал лишь «[дата]»; к этому моменту [имущество отремонтировано / остатки утилизированы], что лишило страховщика возможности установить обстоятельства и размер убытков.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Форма возмещения определена договором — ремонт на СТОА.</w:t>
      </w:r>
      <w:r>
        <w:rPr>
          <w:rFonts w:ascii="Times New Roman" w:hAnsi="Times New Roman"/>
          <w:b w:val="0"/>
          <w:i w:val="0"/>
          <w:sz w:val="24"/>
        </w:rPr>
        <w:t xml:space="preserve"> Полисом (пункт [__]) предусмотрено возмещение путём ремонта на станции технического обслуживания по направлению страховщика. Направление на ремонт выдано «[дата]» (получено истцом), однако истец автомобиль на СТОА не представил. Требование о выплате деньгами противоречит условиям договора, согласованным при его заключении (пункт 1 статьи 942 ГК РФ: «При заключении договора имущественного страхования между страхователем и страховщиком должно быть достигнуто соглашение:» «о характере события, на случай наступления которого осуществляется страхование (страхового случая)»).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требования превышает условия договора.</w:t>
      </w:r>
      <w:r>
        <w:rPr>
          <w:rFonts w:ascii="Times New Roman" w:hAnsi="Times New Roman"/>
          <w:b w:val="0"/>
          <w:i w:val="0"/>
          <w:sz w:val="24"/>
        </w:rPr>
        <w:t xml:space="preserve"> Полисом установлены [безусловная франшиза [сумма] рублей / неагрегатная страховая сумма с уменьшением на износ [__] % в месяц / лимит по риску «стекло»]; истец этого не учёл. [При полной гибели — годные остатки истец оставил себе, их стоимость [сумма] рублей подлежит вычету.]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Утрата товарной стоимости не застрахована.</w:t>
      </w:r>
      <w:r>
        <w:rPr>
          <w:rFonts w:ascii="Times New Roman" w:hAnsi="Times New Roman"/>
          <w:b w:val="0"/>
          <w:i w:val="0"/>
          <w:sz w:val="24"/>
        </w:rPr>
        <w:t xml:space="preserve"> Риск утраты товарной стоимости [не включён в полис / исключён пунктом [__] Правил]; её взыскание противоречит условиям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подлежит определению судебной экспертизой.</w:t>
      </w:r>
      <w:r>
        <w:rPr>
          <w:rFonts w:ascii="Times New Roman" w:hAnsi="Times New Roman"/>
          <w:b w:val="0"/>
          <w:i w:val="0"/>
          <w:sz w:val="24"/>
        </w:rPr>
        <w:t xml:space="preserve"> Заключение, представленное истцом, [выполнено без вызова страховщика на осмотр / не учитывает износ / включает повреждения, не относящиеся к событию].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[автотехнической / товароведческой / оценочной] экспертизы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929, 943, 961, 963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