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собственник помещения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[региональный оператор / ТСЖ (владелец спецсчёта)]</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задолженности по взносам на капитальный ремонт и пеней</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 ответчика задолженности по взносам на капитальный ремонт за период с «[дата]» по «[дата]» в размере [сумма] рублей и пеней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взносы, суд принял расчёт регионального оператора без проверки: не учёл, когда возникла обязанность по уплате и когда ответчик стал собственником, платежи ответчика и заявление о пропуске исковой давности (пункты 1, 2 и 4 части 1 статьи 330 ГПК РФ).</w:t>
      </w:r>
    </w:p>
    <w:p>
      <w:pPr>
        <w:spacing w:after="120" w:line="276" w:lineRule="auto"/>
        <w:ind w:firstLine="709"/>
        <w:jc w:val="both"/>
      </w:pPr>
      <w:r>
        <w:rPr>
          <w:rFonts w:ascii="Times New Roman" w:hAnsi="Times New Roman"/>
          <w:b/>
          <w:i w:val="0"/>
          <w:sz w:val="24"/>
        </w:rPr>
        <w:t>Обязанность платить взносы возникла позже, чем указывает истец.</w:t>
      </w:r>
      <w:r>
        <w:rPr>
          <w:rFonts w:ascii="Times New Roman" w:hAnsi="Times New Roman"/>
          <w:b w:val="0"/>
          <w:i w:val="0"/>
          <w:sz w:val="24"/>
        </w:rPr>
        <w:t xml:space="preserve"> Частью 3 статьи 169 Жилищного кодекса Российской Федерации (далее — ЖК РФ) установлено: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настоящего Кодекса.» Дом включён в региональную программу [постановлением от «[дата]»], опубликованной «[дата]»; [для домов, введённых после утверждения программы, срок наступления обязанности определяется законом субъекта]. Начисления до этой даты необоснованны.</w:t>
      </w:r>
    </w:p>
    <w:p>
      <w:pPr>
        <w:spacing w:after="120" w:line="276" w:lineRule="auto"/>
        <w:ind w:firstLine="709"/>
        <w:jc w:val="both"/>
      </w:pPr>
      <w:r>
        <w:rPr>
          <w:rFonts w:ascii="Times New Roman" w:hAnsi="Times New Roman"/>
          <w:b/>
          <w:i w:val="0"/>
          <w:sz w:val="24"/>
        </w:rPr>
        <w:t>Ответчик стал собственником только «[дата]».</w:t>
      </w:r>
      <w:r>
        <w:rPr>
          <w:rFonts w:ascii="Times New Roman" w:hAnsi="Times New Roman"/>
          <w:b w:val="0"/>
          <w:i w:val="0"/>
          <w:sz w:val="24"/>
        </w:rPr>
        <w:t xml:space="preserve"> [До этой даты собственником был [Ф. И. О.]. Частью 3 статьи 158 ЖК РФ установлено: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 — к ответчику перешла задолженность прежнего собственника, однако срок давности по ней исчисляется с даты каждого платежа, а не с даты перехода права.] [Если ответчик — наследник: он отвечает по долгам наследодателя в пределах стоимости наследства.]</w:t>
      </w:r>
    </w:p>
    <w:p>
      <w:pPr>
        <w:spacing w:after="120" w:line="276" w:lineRule="auto"/>
        <w:ind w:firstLine="709"/>
        <w:jc w:val="both"/>
      </w:pPr>
      <w:r>
        <w:rPr>
          <w:rFonts w:ascii="Times New Roman" w:hAnsi="Times New Roman"/>
          <w:b/>
          <w:i w:val="0"/>
          <w:sz w:val="24"/>
        </w:rPr>
        <w:t>Ответчик освобождён от взносов [или имеет право на компенсацию].</w:t>
      </w:r>
      <w:r>
        <w:rPr>
          <w:rFonts w:ascii="Times New Roman" w:hAnsi="Times New Roman"/>
          <w:b w:val="0"/>
          <w:i w:val="0"/>
          <w:sz w:val="24"/>
        </w:rPr>
        <w:t xml:space="preserve"> [Ответчик — собственник, достигший возраста 70 (80) лет, проживающий один, — по закону субъекта ему положена компенсация 50 % (100 %) взноса / дом признан аварийным и подлежащим сносу, в отношении него взносы не уплачиваются: часть 2 статьи 169 ЖК РФ —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порядке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pPr>
        <w:spacing w:after="120" w:line="276" w:lineRule="auto"/>
        <w:ind w:firstLine="709"/>
        <w:jc w:val="both"/>
      </w:pPr>
      <w:r>
        <w:rPr>
          <w:rFonts w:ascii="Times New Roman" w:hAnsi="Times New Roman"/>
          <w:b/>
          <w:i w:val="0"/>
          <w:sz w:val="24"/>
        </w:rPr>
        <w:t>Суд не применил исковую давность по части платежей, о пропуске которой заявил ответчик.</w:t>
      </w:r>
      <w:r>
        <w:rPr>
          <w:rFonts w:ascii="Times New Roman" w:hAnsi="Times New Roman"/>
          <w:b w:val="0"/>
          <w:i w:val="0"/>
          <w:sz w:val="24"/>
        </w:rPr>
        <w:t xml:space="preserve"> Пунктом 1 статьи 196 ГК РФ установлено: «Общий срок исковой давности составляет три года со дня, определяемого в соответствии со статьей 200 настоящего Кодекса.» Плата вносится ежемесячно до 15-го числа следующего месяца (часть 1 статьи 155 Жилищного кодекса Российской Федерации, далее — ЖК РФ: «Плата за жилое помещение и коммунальные услуги вносится ежемесячно до пятнадцатого числа месяца, следующего за истекшим месяцем.»), поэтому срок давности исчисляется отдельно по каждому платежу (пункт 2 статьи 200 ГК РФ: «По обязательствам с определенным сроком исполнения течение срока исковой давности начинается по окончании срока исполнения.»). Срок не течёт лишь в период действия отменённого судебного приказа (статья 204 ГК РФ: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 Требования о взыскании платы за период до «[дата]» предъявлены за пределами срока.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Расчёт истца не учитывает платежи ответчика.</w:t>
      </w:r>
      <w:r>
        <w:rPr>
          <w:rFonts w:ascii="Times New Roman" w:hAnsi="Times New Roman"/>
          <w:b w:val="0"/>
          <w:i w:val="0"/>
          <w:sz w:val="24"/>
        </w:rPr>
        <w:t xml:space="preserve"> За спорный период ответчик внёс [сумма] рублей [квитанции прилагаются]; истец [зачёл их в погашение более ранних периодов, за которые истекла давность, хотя в платёжных документах ответчик указывал конкретный месяц / не учёл вовсе]. Платёж с указанием расчётного периода засчитывается в счёт этого периода.</w:t>
      </w:r>
    </w:p>
    <w:p>
      <w:pPr>
        <w:spacing w:after="120" w:line="276" w:lineRule="auto"/>
        <w:ind w:firstLine="709"/>
        <w:jc w:val="both"/>
      </w:pPr>
      <w:r>
        <w:rPr>
          <w:rFonts w:ascii="Times New Roman" w:hAnsi="Times New Roman"/>
          <w:b/>
          <w:i w:val="0"/>
          <w:sz w:val="24"/>
        </w:rPr>
        <w:t>Пени рассчитаны с нарушением ограничений и необоснованно не уменьшены.</w:t>
      </w:r>
      <w:r>
        <w:rPr>
          <w:rFonts w:ascii="Times New Roman" w:hAnsi="Times New Roman"/>
          <w:b w:val="0"/>
          <w:i w:val="0"/>
          <w:sz w:val="24"/>
        </w:rPr>
        <w:t xml:space="preserve"> Пени за просрочку платы за жилое помещение и коммунальные услуги (часть 14 статьи 155 ЖК РФ) являются неустойкой. Пунктом 1 постановления Правительства РФ от 18.03.2025 № 329 установлено: «1. Установить, что до 1 января 2027 г.: начисление и уплата пени в случае неполного и (или) несвоевременного внесения платы за жилое помещение и коммунальные услуги, взносов на капитальный ремонт, установленных жилищным законодательством Российской Федерации, а также начисление и взыскание неустойки (штрафа, пени) за несвоевременное и (или) не полностью исполненное юридическими лицами и индивидуальными предпринимателями обязательство по оплате услуг, предоставляемых на основании договоров в соответствии с законодательством Российской Федерации о газоснабжении, об электроэнергетике, о теплоснабжении, о водоснабжении и водоотведении, об обращении с твердыми коммунальными отходами, осуществляются в порядке, предусмотренном указанным законодательством Российской Федерации, исходя из минимального значения ключевой ставки Центрального банка Российской Федерации из следующих значений: ключевая ставка Центрального банка Российской Федерации, действующая по состоянию на 27 февраля 2022 г., и ключевая ставка Центрального банка Российской Федерации, действующая на день фактической оплаты» Ключевая ставка на 27.02.2022 составляла 9,5 % годовых, поэтому до 01.01.2027 пени рассчитываются по меньшей из двух ставок: 9,5 % или ставки на день фактической оплаты. Истец рассчитал пени [по текущей ставке / без учёта этого ограничения].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просил суд первой инстанции снизить пени с учётом [материального положения, наличия на иждивении детей, частичной оплаты].</w:t>
      </w:r>
    </w:p>
    <w:p>
      <w:pPr>
        <w:spacing w:after="120" w:line="276" w:lineRule="auto"/>
        <w:ind w:firstLine="709"/>
        <w:jc w:val="both"/>
      </w:pPr>
      <w:r>
        <w:rPr>
          <w:rFonts w:ascii="Times New Roman" w:hAnsi="Times New Roman"/>
          <w:b/>
          <w:i w:val="0"/>
          <w:sz w:val="24"/>
        </w:rPr>
        <w:t>Истец — ненадлежащий взыскатель.</w:t>
      </w:r>
      <w:r>
        <w:rPr>
          <w:rFonts w:ascii="Times New Roman" w:hAnsi="Times New Roman"/>
          <w:b w:val="0"/>
          <w:i w:val="0"/>
          <w:sz w:val="24"/>
        </w:rPr>
        <w:t xml:space="preserve"> [Способ формирования фонда изменён: решением общего собрания от «[дата]» фонд формируется на специальном счёте, владельцем которого является [ТСЖ / УК]; региональный оператор не вправе взыскивать взносы за период после перехода — часть 5 статьи 170 ЖК РФ: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частью 1 статьи 172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155, 158, 169, 170 ЖК РФ, 196, 199, 200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