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антимонопольный орган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(подпункт 1.1 пункта 1 статьи 333.37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недействительным решения о включении сведений в реестр недобросовестных поставщиков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 признании недействительным решения [наименование УФАС] от «[дата]» о включении сведений о заявителе в реестр недобросовестных поставщиков. Заинтересованное лицо — антимонопольный орган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решение о включении в реестр недействительным, суд не учёл, что основание для включения имелось, проверка проведена в установленном порядке, недобросовестность заявителя подтверждена, а решение заказчика об одностороннем отказе не оспорено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для включения в реестр имелось.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104 Федерального закона № 44-ФЗ установлено: «В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контрактами.» Заказчик принял решение об одностороннем отказе от исполнения контракта от «[дата]» № [__] в связи с [неисполнением обязательств по поставке / срывом сроков работ]; решение вступило в силу, контракт расторгнут.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Проверка проведена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7 статьи 104 Закона № 44-ФЗ: «В течение пяти рабочих дней с даты поступления обращения, указанного в части 4 настоящей статьи, федеральный орган исполнительной власти, уполномоченный на осуществление контроля в сфере закупок, осуществляет проверку содержащихся в таком обращении фактов, свидетельствующих об уклонении участника закупки от заключения контракта, о расторжении контракта по решению суда в связи с существенным нарушением поставщиком (подрядчиком, исполнителем) условий контракта, об одностороннем отказе заказчика от исполнения контракта в связи с существенными нарушениями поставщиком (подрядчиком, исполнителем) условий контракта или об отсутствии оснований для одностороннего отказа поставщика (подрядчика, исполнителя) от исполнения контракта.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поставщиков. В случае принятия решения о включении в реестр недобросовестных поставщиков информации о лицах, указанных в части 2 настоящей статьи, такая информация включается в этот реестр не позднее трех рабочих дней с даты принятия данного решения.» Заявитель был извещён о заседании комиссии, представил пояснения; комиссия оценила их и установила [отсутствие уважительных причин неисполнения / недобросовестное поведение: игнорирование требований заказчика, непредставление обеспечения].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Недобросовестность заявителя подтверждена.</w:t>
      </w:r>
      <w:r>
        <w:rPr>
          <w:rFonts w:ascii="Times New Roman" w:hAnsi="Times New Roman"/>
          <w:b w:val="0"/>
          <w:i w:val="0"/>
          <w:sz w:val="24"/>
        </w:rPr>
        <w:t xml:space="preserve"> Заявитель [не приступил к исполнению / не уведомлял заказчика о препятствиях / не принял мер к устранению нарушений в десятидневный срок после решения об отказе]. Ссылки на [рост цен, действия поставщиков] не свидетельствуют о добросовестности: участник закупки принимает на себя предпринимательский риск.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заказчика об одностороннем отказе не оспорено [или признано законным].</w:t>
      </w:r>
      <w:r>
        <w:rPr>
          <w:rFonts w:ascii="Times New Roman" w:hAnsi="Times New Roman"/>
          <w:b w:val="0"/>
          <w:i w:val="0"/>
          <w:sz w:val="24"/>
        </w:rPr>
        <w:t xml:space="preserve"> Статьёй 104 Закона № 44-ФЗ основанием исключения сведений из реестра является, в частности, решение суда о: «решения суда о:» «признании одностороннего отказа заказчика от исполнения контракта незаконным или недействительным» Такого решения нет.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заинтересованным лицом не уплачивается: подпунктом 1.1 пункта 1 статьи 333.37 Налогового кодекса Российской Федерации от её уплаты освобождаются: «1.1)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198, 200, 201 АПК РФ, статьёй 104 Федерального закона № 44-ФЗ,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