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арбитражного апелляционного суда]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Арбитражный суд [наименование субъекта РФ]</w:t>
      </w:r>
      <w:r>
        <w:rPr>
          <w:rFonts w:ascii="Times New Roman" w:hAnsi="Times New Roman"/>
          <w:b w:val="0"/>
          <w:i w:val="0"/>
          <w:sz w:val="24"/>
        </w:rPr>
        <w:br/>
        <w:t>Дело № А[__]-[_____]/20[__]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Заинтересованное лицо — налоговый орган (заявитель апелляционной жалобы): </w:t>
      </w:r>
      <w:r>
        <w:rPr>
          <w:rFonts w:ascii="Times New Roman" w:hAnsi="Times New Roman"/>
          <w:b w:val="0"/>
          <w:i w:val="0"/>
          <w:sz w:val="24"/>
        </w:rPr>
        <w:t>[полное наименование органа]</w:t>
      </w:r>
      <w:r>
        <w:rPr>
          <w:rFonts w:ascii="Times New Roman" w:hAnsi="Times New Roman"/>
          <w:b w:val="0"/>
          <w:i w:val="0"/>
          <w:sz w:val="24"/>
        </w:rPr>
        <w:br/>
        <w:t>адрес: [адрес]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Заявитель: </w:t>
      </w:r>
      <w:r>
        <w:rPr>
          <w:rFonts w:ascii="Times New Roman" w:hAnsi="Times New Roman"/>
          <w:b w:val="0"/>
          <w:i w:val="0"/>
          <w:sz w:val="24"/>
        </w:rPr>
        <w:t>[наименование]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[адрес]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не уплачивается (подпункт 1.1 пункта 1 статьи 333.37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АПЕЛЛЯЦИОННАЯ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Арбитражного суда [наименование] от «[дата]» по делу № А[__]-[_____]/20[__] о признании недействительным решения об отказе в возмещении налога на добавленную стоимость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Обжалуемое решение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Арбитражного суда [наименование] от «[дата]» по делу № А[__]-[_____]/20[__] удовлетворены требования [наименование заявителя] о признании недействительным решения [наименование инспекции] об отказе в возмещении НДС [сумма] рублей и обязании возместить налог с процентами. Заинтересованное лицо — налоговый орган — с решением не согласно, считает его незаконным и необоснованным и обжалует [полностью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257 Арбитражного процессуального кодекса Российской Федерации (далее — АПК РФ) установлено: «Лица, участвующие в деле, а также иные лица в случаях, предусмотренных настоящим Кодексом, вправе обжаловать в порядке апелляционного производства решение арбитражного суда первой инстанции, не вступившее в законную силу.» Частью 1 статьи 259 АПК РФ: «Апелляционная жалоба может быть подана в течение месяца после принятия арбитражным судом первой инстанции обжалуемого решения, если иной срок не установлен настоящим Кодексом.» Срок истекает «[дата]». Жалоба подаётся через арбитражный суд, принявший решение (часть 2 статьи 257 АПК РФ: «Апелляционная жалоба подается через принявший решение в первой инстанции арбитражный суд, который обязан направить ее вместе с делом в соответствующий арбитражный суд апелляционной инстанции в трехдневный срок со дня поступления жалобы в суд или со дня составления мотивированного решения по делу, рассмотренному в порядке упрощенного производства.»).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Требования к судебному акту.</w:t>
      </w:r>
      <w:r>
        <w:rPr>
          <w:rFonts w:ascii="Times New Roman" w:hAnsi="Times New Roman"/>
          <w:b w:val="0"/>
          <w:i w:val="0"/>
          <w:sz w:val="24"/>
        </w:rPr>
        <w:t xml:space="preserve"> Частью 4 статьи 15 АПК РФ: «Принимаемые арбитражным судом судебные приказы, решения, постановления, определения должны быть законными, обоснованными и мотивированными.» Пунктом 2 части 4 статьи 170 АПК РФ в мотивировочной части решения указываются: «доказательства, на которых основаны выводы суда об обстоятельствах дела и доводы в пользу принятого решения; мотивы, по которым суд отверг те или иные доказательства, принял или отклонил приведенные в обоснование своих требований и возражений доводы лиц, участвующих в деле»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решения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270 АПК РФ установлено: «1. Основаниями для изменения или отмены решения арбитражного суда первой инстанции являются: 1) неполное выяснение обстоятельств, имеющих значение для дела; 2) недоказанность имеющих значение для дела обстоятельств, которые суд считал установленными; 3) несоответствие выводов, изложенных в решении, обстоятельствам дела; 4) нарушение или неправильное применение норм материального права или норм процессуального права.» Такие основания по делу имеются.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Признавая отказ в возмещении недействительным, суд не учёл, что право на вычет не подтверждено документально, установлено получение необоснованной налоговой выгоды, камеральная проверка проведена в установленном порядке, а требование о процентах не обосновано (пункты 1, 2 и 4 части 1 статьи 270 АПК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на вычет не подтверждено.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171 НК РФ: «Вычетам подлежат суммы налога, предъявленные налогоплательщику при приобретении товаров (работ, услуг), а также имущественных прав на территории Российской Федерации либо уплаченные налогоплательщиком при ввозе товаров на территорию Российской Федерации и иные территории, находящиеся под ее юрисдикцией, в таможенных процедурах выпуска для внутреннего потребления (включая суммы налога, уплаченные или подлежащие уплате налогоплательщиком по истечении 180 календарных дней с даты выпуска товаров в соответствии с таможенной процедурой выпуска для внутреннего потребления при завершении действия таможенной процедуры свободной таможенной зоны на территории Особой экономической зоны в Калининградской области), переработки для внутреннего потребления, временного ввоза и переработки вне таможенной территории либо при ввозе товаров, перемещаемых через границу Российской Федерации без таможенного оформления, в отношении:» Пунктом 1 статьи 172 НК РФ: «Налоговые вычеты, предусмотренные статьей 171 настоящего Кодекса, производятся на основании счетов-фактур, выставленных продавцами при приобретении налогоплательщиком товаров (работ, услуг), имущественных прав, документов, подтверждающих фактическую уплату сумм налога при ввозе товаров на территорию Российской Федерации и иные территории, находящиеся под ее юрисдикцией, документов, подтверждающих исчисление сумм налога налоговыми агентами, либо на основании иных документов в случаях, предусмотренных пунктами 3, 6 - 8 статьи 171 настоящего Кодекса.» Счета-фактуры [содержат недостоверные сведения / выставлены контрагентом, не исполнявшим обязательства]; товар фактически [не поступал / поступил от иного лица].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Получение необоснованной налоговой выгоды установлено.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54.1 НК РФ налогоплательщик вправе уменьшить налоговую базу при одновременном соблюдении условий: «основной целью совершения сделки (операции) не являются неуплата (неполная уплата) и (или) зачет (возврат) суммы налога» «обязательство по сделке (операции) исполнено лицом, являющимся стороной договора, заключенного с налогоплательщиком, и (или) лицом, которому обязательство по исполнению сделки (операции) передано по договору или закону.» Проверкой установлено, что [контрагент [наименование] не имел ресурсов (персонала, техники, складов) — допросы, сведения 6-НДФЛ, выписки банка / денежные средства обналичены через цепочку транзитных организаций / фактическое исполнение произведено самим налогоплательщиком или иным лицом], то есть условия не соблюдены.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Камеральная проверка проведена в установленном порядке.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176 НК РФ: «По окончании проверки в течение семи дней налоговый орган обязан принять решение о возмещении соответствующих сумм, если при проведении камеральной налоговой проверки не были выявлены нарушения законодательства о налогах и сборах.» Нарушения выявлены — составлен акт, заявитель ознакомлен, возражения рассмотрены; решение об отказе в возмещении принято одновременно с решением по проверке.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Требование о процентах не обосновано.</w:t>
      </w:r>
      <w:r>
        <w:rPr>
          <w:rFonts w:ascii="Times New Roman" w:hAnsi="Times New Roman"/>
          <w:b w:val="0"/>
          <w:i w:val="0"/>
          <w:sz w:val="24"/>
        </w:rPr>
        <w:t xml:space="preserve"> Проценты за несвоевременный возврат начисляются, если отказ признан незаконным; поскольку решение законно, проценты не причитаются.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Доводы заинтересованного лица не получили оценки.</w:t>
      </w:r>
      <w:r>
        <w:rPr>
          <w:rFonts w:ascii="Times New Roman" w:hAnsi="Times New Roman"/>
          <w:b w:val="0"/>
          <w:i w:val="0"/>
          <w:sz w:val="24"/>
        </w:rPr>
        <w:t xml:space="preserve"> В суде первой инстанции заинтересованное лицо [заявляло возражения / представляло доказательства / ходатайствовало о [__]]: [указать]. Мотивы их отклонения в решении [не приведены / приведены формально], что противоречит пункту 2 части 4 статьи 170 АПК РФ. Частью 3 статьи 270 АПК РФ: «Нарушение или неправильное применение норм процессуального права является основанием для изменения или отмены решения арбитражного суда первой инстанции, если это нарушение привело или могло привести к принятию неправильного решения.»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[Если заинтересованное лицо не было извещено о заседании:] Пунктом 2 части 4 статьи 270 АПК РФ основанием для отмены решения в любом случае является «рассмотрение дела в отсутствие кого-либо из участвующих в деле лиц, не извещенных надлежащим образом о времени и месте судебного заседания» [Определение направлено по неверному адресу / не размещено в картотеке арбитражных дел в установленный срок: указать.]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Дополнительные доказательства [если есть].</w:t>
      </w:r>
      <w:r>
        <w:rPr>
          <w:rFonts w:ascii="Times New Roman" w:hAnsi="Times New Roman"/>
          <w:b w:val="0"/>
          <w:i w:val="0"/>
          <w:sz w:val="24"/>
        </w:rPr>
        <w:t xml:space="preserve"> Частью 2 статьи 268 АПК РФ: «Дополнительные доказательства принимаются арбитражным судом апелляционной инстанции, если лицо, участвующее в деле, обосновало невозможность их представления в суд первой инстанции по причинам, не зависящим от него, в том числе в случае, если судом первой инстанции было отклонено ходатайство об истребовании доказательств, и суд признает эти причины уважительными.» Заинтересованное лицо не могло представить [документ] в суд первой инстанции, поскольку [__], и просит его принять.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Полномочия суда апелляционной инстанции и государственная пошлина.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269 АПК РФ суд апелляционной инстанции вправе «отменить или изменить решение суда первой инстанции полностью или в части и принять по делу новый судебный акт» Государственная пошлина заинтересованным лицом не уплачивается: подпунктом 1.1 пункта 1 статьи 333.37 Налогового кодекса Российской Федерации от её уплаты освобождаются: «1.1) государственные органы, органы местного самоуправления, органы публичной власти федеральной территории "Сириус", выступающие по делам, рассматриваемым Верховным Судом Российской Федерации, арбитражными судами, в качестве истцов или ответчиков».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54.1, 88, 171, 172, 176 НК РФ, статьями 198, 200, 201 АПК РФ, статьями 257, 259, 260, 268, 269, 270 АПК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Арбитражного суда [наименование] от «[дата]» по делу № А[__]-[_____]/20[__] [полностью / в части: указать] и принять по делу новый судебный акт об отказе в удовлетворении требований [наименование заявителя] [в полном объёме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[Приобщить к материалам дела дополнительные доказательства: перечислить.]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Копия обжалуемого решения.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Документ, подтверждающий направление (вручение) другим лицам, участвующим в деле, копий апелляционной жалобы и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Доверенность или иной документ о полномочиях на подписание жалобы и копия документа о высшем юридическом образовании (учёной степени) представителя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[должность, Ф. И. О. руководителя или представителя органа]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— месяц после принятия решения (ч. 1 ст. 259 АПК РФ), по делам упрощённого производства — пятнадцать дней (ч. 4 ст. 229 АПК РФ); жалоба подаётся через арбитражный суд первой инстанции, в том числе через «Мой арбитр». Пропущенный срок восстанавливает апелляционный суд, если ходатайство подано не позднее шести месяцев со дня принятия решения (ч. 2 ст. 259 АПК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Новые требования в апелляции не рассматриваются (ч. 7 ст. 268 АПК РФ); дополнительные доказательства примут, только если вы обоснуете невозможность их представления в первой инстанции по уважительным причинам. Заявление о пропуске давности, впервые сделанное в апелляции, не рассматривается.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