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[наименование заинтересованного лица]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об установлении факта принадлежности правоустанавливающего документа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об установлении факта принадлежности [наименование организации] правоустанавливающего документа [наименование, дата, номер]. Заинтересованное лицо — [наименование заинтересованного лица]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Устанавливая факт принадлежности документа, суд не учёл существенное расхождение в наименовании, то, что право на объект зарегистрировано за иным лицом, переименование подтверждается без суда, а документ не использовался заявителем как своим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Расхождение в наименовании существенное.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 ГК РФ: «Юридическое лицо имеет свое наименование, содержащее указание на организационно-правовую форму, а в случаях, когда законом предусмотрена возможность создания вида юридического лица, указание только на такой вид.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лица.» Пунктом 5 той же статьи: «Наименование,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лиц, а в случае, если юридическое лицо действует на основании типового устава, утвержденного уполномоченным государственным органом, - только в едином государственном реестре юридических лиц.» В документе указан правообладатель «[наименование]» [иной организационно-правовой формы / без ИНН и ОГРН / с иным адресом]. Это не описка, а указание на другое лицо: в [__] году в [населённый пункт] действовала организация «[наименование]» (ИНН [__]), [ликвидированная «[дата]» / реорганизованная в [__]], которой документ мог быть выдан.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объект зарегистрировано за иным лицом.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8.1 ГК РФ: «Зарегистрированное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ином.» «При возникновении спора в отношении зарегистрированного права лицо, которое знало или должно было знать о недостоверности данных государственного реестра, не вправе ссылаться на соответствующие данные.» По сведениям ЕГРН правообладателем [объекта / земельного участка] является [__] (запись от «[дата]» № [__]). Установление факта принадлежности документа заявителю фактически направлено на оспаривание зарегистрированного права, что возможно только в исковом порядке.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Переименование подтверждается без суда.</w:t>
      </w:r>
      <w:r>
        <w:rPr>
          <w:rFonts w:ascii="Times New Roman" w:hAnsi="Times New Roman"/>
          <w:b w:val="0"/>
          <w:i w:val="0"/>
          <w:sz w:val="24"/>
        </w:rPr>
        <w:t xml:space="preserve"> Если расхождение вызвано переименованием заявителя, факт подтверждается выпиской из ЕГРЮЛ и учредительными документами с историей изменений наименования; регистрирующий (иной) орган такие документы принимает. В силу части 1 статьи 219 АПК РФ (раздел I) в этом случае судебное установление факта не требуется.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Документ не использовался заявителем как своим.</w:t>
      </w:r>
      <w:r>
        <w:rPr>
          <w:rFonts w:ascii="Times New Roman" w:hAnsi="Times New Roman"/>
          <w:b w:val="0"/>
          <w:i w:val="0"/>
          <w:sz w:val="24"/>
        </w:rPr>
        <w:t xml:space="preserve"> Заявитель не представил доказательств, что [пользовался земельным участком / вносил арендную плату / нёс расходы на объект] на основании этого документа; документ хранился [в архиве / у третьего лица].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217, 218, 221 АПК РФ, статьями 8.1, 54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