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Заинтересованное лицо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установлении факта родственных отношений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удовлетворено заявление [Ф. И. О. заявителя] об установлении факта родственных отношений между заявителем и [Ф. И. О. умершего] ([степень родства]). Решение в окончательной форме изготовлено «[дата]», копия получена «[дата]». Заинтересованное лицо с решением не согласно, считает его незаконным и необоснованным и обжалует полностью.</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Устанавливая родство, суд не учёл, что документы о родстве могут быть получены во внесудебном порядке, цепочка родства не доказана, а факт затрагивает права заинтересованного лица как наследника (пункты 1, 2 и 4 части 1 статьи 330 ГПК РФ).</w:t>
      </w:r>
    </w:p>
    <w:p>
      <w:pPr>
        <w:spacing w:after="120" w:line="276" w:lineRule="auto"/>
        <w:ind w:firstLine="709"/>
        <w:jc w:val="both"/>
      </w:pPr>
      <w:r>
        <w:rPr>
          <w:rFonts w:ascii="Times New Roman" w:hAnsi="Times New Roman"/>
          <w:b/>
          <w:i w:val="0"/>
          <w:sz w:val="24"/>
        </w:rPr>
        <w:t>Документы о родстве могут быть получены во внесудебном порядке.</w:t>
      </w:r>
      <w:r>
        <w:rPr>
          <w:rFonts w:ascii="Times New Roman" w:hAnsi="Times New Roman"/>
          <w:b w:val="0"/>
          <w:i w:val="0"/>
          <w:sz w:val="24"/>
        </w:rPr>
        <w:t xml:space="preserve"> Статьёй 265 ГПК РФ установлено: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запрашивал повторные свидетельства и архивные справки о записях актов о рождении [Ф. И. О.] в органах ЗАГС по месту рождения / получил ответ об отсутствии записи только в одном органе, хотя рождение регистрировалось в [__].]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w:t>
      </w:r>
    </w:p>
    <w:p>
      <w:pPr>
        <w:spacing w:after="120" w:line="276" w:lineRule="auto"/>
        <w:ind w:firstLine="709"/>
        <w:jc w:val="both"/>
      </w:pPr>
      <w:r>
        <w:rPr>
          <w:rFonts w:ascii="Times New Roman" w:hAnsi="Times New Roman"/>
          <w:b/>
          <w:i w:val="0"/>
          <w:sz w:val="24"/>
        </w:rPr>
        <w:t>Установление факта допускается не для любой цели.</w:t>
      </w:r>
      <w:r>
        <w:rPr>
          <w:rFonts w:ascii="Times New Roman" w:hAnsi="Times New Roman"/>
          <w:b w:val="0"/>
          <w:i w:val="0"/>
          <w:sz w:val="24"/>
        </w:rPr>
        <w:t xml:space="preserve"> В пункте 3 постановления Пленума Верховного Суда СССР от 21.06.1985 № 9 «О судебной практике по делам об установлении фактов, имеющих юридическое значение» разъяснено: «Факт родственных отношений лиц (п. 1 ст. 247 ГПК РСФСР и соответствующие статьи ГПК других союзных республик) устанавливается в судебном порядке, когда это непосредственно порождает юридические последствия, например, если подтверждение такого факта необходимо заявителю для получения в органах, совершающих нотариальные действия, свидетельства о праве на наследство, для оформления права на пенсию по случаю потери кормильца.» «Вместе с тем для рассмотрения в порядке особого производства не может быть принято заявление об установлении факта родственных отношений, если заявителем преследуется цель подтверждения в дальнейшем права на жилую площадь (ч. 2 ст. 26 Основ жилищного законодательства Союза ССР и союзных республик) или на обмен жилой площади (ст. 70 Жилищного кодекса РСФСР и соответствующие статьи ЖК других союзных республик).» [Заявитель указывает целью [__]; от этого факта не зависит возникновение у него личных или имущественных прав.] Частью 1 статьи 264 ГПК РФ: «Суд устанавливает факты, от которых зависит возникновение, изменение, прекращение личных или имущественных прав граждан, организаций.» [Заявитель указал цель общими словами («для оформления документов»), не назвав, какое право у него возникнет; либо установление факта не повлечёт для заявителя правовых последствий, поскольку [__].]</w:t>
      </w:r>
    </w:p>
    <w:p>
      <w:pPr>
        <w:spacing w:after="120" w:line="276" w:lineRule="auto"/>
        <w:ind w:firstLine="709"/>
        <w:jc w:val="both"/>
      </w:pPr>
      <w:r>
        <w:rPr>
          <w:rFonts w:ascii="Times New Roman" w:hAnsi="Times New Roman"/>
          <w:b/>
          <w:i w:val="0"/>
          <w:sz w:val="24"/>
        </w:rPr>
        <w:t>Цепочка родства не доказана.</w:t>
      </w:r>
      <w:r>
        <w:rPr>
          <w:rFonts w:ascii="Times New Roman" w:hAnsi="Times New Roman"/>
          <w:b w:val="0"/>
          <w:i w:val="0"/>
          <w:sz w:val="24"/>
        </w:rPr>
        <w:t xml:space="preserve"> [Заявитель утверждает, что его [мать] и [Ф. И. О. умершего] — родные брат и сестра, однако в свидетельствах о рождении у них [разные отчества / разные фамилии матерей / разные места рождения]; документы о смене фамилии отсутствуют.]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 Показания свидетелей о том, что стороны «считались родственниками», при противоречащих документах родства не подтверждают.</w:t>
      </w:r>
    </w:p>
    <w:p>
      <w:pPr>
        <w:spacing w:after="120" w:line="276" w:lineRule="auto"/>
        <w:ind w:firstLine="709"/>
        <w:jc w:val="both"/>
      </w:pPr>
      <w:r>
        <w:rPr>
          <w:rFonts w:ascii="Times New Roman" w:hAnsi="Times New Roman"/>
          <w:b/>
          <w:i w:val="0"/>
          <w:sz w:val="24"/>
        </w:rPr>
        <w:t>Факт родства затрагивает права заинтересованного лица как наследника — имеется спор о праве.</w:t>
      </w:r>
      <w:r>
        <w:rPr>
          <w:rFonts w:ascii="Times New Roman" w:hAnsi="Times New Roman"/>
          <w:b w:val="0"/>
          <w:i w:val="0"/>
          <w:sz w:val="24"/>
        </w:rPr>
        <w:t xml:space="preserve"> Пунктом 1 статьи 1141 ГК РФ: «Наследники по закону призываются к наследованию в порядке очередности, предусмотренной статьями 1142 - 1145 и 1148 настоящего Кодекса.» «Наследники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 [Заинтересованное лицо является наследником [__] очереди и приняло наследство «[дата]»; установление родства заявителя приведёт к его призванию к наследованию [в той же или предшествующей очереди] и уменьшению (утрате) доли заинтересованного лица.]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праве на наследство [Ф. И. О. умершего]: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Заявление подлежало оставлению без рассмотрения с разъяснением заявителю права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i w:val="0"/>
          <w:sz w:val="24"/>
        </w:rPr>
        <w:t>Истребование документов.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Заинтересованное лицо просит суд апелляционной инстанции истребовать из органов ЗАГС [__] записи актов о рождении [__] и сведения о перемене фамилий, по которым можно проверить утверждения заявителя.</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 Решение, принятое без исследования возражений заинтересованного лица, затронет [его наследственные / пенсионные / имущественные] права, хотя оно не было ответчиком по иску и лишено возможности защищаться в состязательном процессе.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263, 264, 265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принять новое решение об отказе в удовлетворении заявления [Ф. И. О. заявителя] [либо оставить заявление без рассмотрения в связи с наличием спора о праве (часть 3 статьи 263 ГПК РФ)].</w:t>
      </w:r>
    </w:p>
    <w:p>
      <w:pPr>
        <w:spacing w:after="120" w:line="276" w:lineRule="auto"/>
        <w:ind w:firstLine="709"/>
        <w:jc w:val="both"/>
      </w:pPr>
      <w:r>
        <w:rPr>
          <w:rFonts w:ascii="Times New Roman" w:hAnsi="Times New Roman"/>
          <w:b w:val="0"/>
          <w:i w:val="0"/>
          <w:sz w:val="24"/>
        </w:rPr>
        <w:t>2. Взыскать с заявителя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