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г.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«[дата]»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ДОГОВОР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купли-продажи имущества должника № [__] (по результатам торгов)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[Полное наименование должника / гражданин Ф. И. О.], ОГРН/ИНН [__], адрес [__] (далее — Продавец), в лице [конкурсного / финансового] управляющего [Ф. И. О.], действующего на основании [решения] Арбитражного суда [наименование] от «[дата]» по делу № А[__]-[_____]/20[__], с одной стороны, и [наименование / Ф. И. О. покупателя], ОГРН/ИНН [__], адрес [__], в лице [__] (далее — Покупатель), признанный победителем торгов [по продаже имущества должника посредством публичного предложения] протоколом о результатах торгов от «[дата]» № [__] (далее — Протокол), с другой стороны, заключили настоящий договор (далее — Договор) о нижеследующем.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Предмет договора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Продавец передаёт в собственность Покупателя, а Покупатель принимает и оплачивает имущество, составляющее лот № [__] торгов, сообщение о проведении которых включено в ЕФРСБ «[дата]» (№ [__]) [и опубликовано в газете «Коммерсантъ» «[дата]»] (далее — Имущество): [наименование, характеристики, кадастровый номер / VIN / инвентарные номера, адрес, площадь, обременения, состояние]. Имущество принадлежит Продавцу на основании [__] (выписка из ЕГРН от «[дата]» / ПТС [__]), включено в конкурсную массу по результатам [инвентаризации / описи] от «[дата]» и реализуется в соответствии с [Положением о порядке, сроках и условиях продажи имущества должника, утверждённым [решением собрания кредиторов от «[дата]» / определением суда от «[дата]»]]. Пунктом 3 статьи 139 Федерального закона от 26.10.2002 № 127-ФЗ «О несостоятельности (банкротстве)» (далее — Закон о банкротстве) установлено: «После проведения инвентаризации и оценки имущества должника конкурсный управляющий приступает к его продаже. Продажа имущества должника осуществляется в порядке, установленном пунктами 3 - 19 статьи 110 и пунктом 3 статьи 111 настоящего Федерального закона, с учетом особенностей, установленных настоящей статьей. Оценка имущества должника осуществляется в порядке, установленном статьей 130 настоящего Федерального закона. Денежные средства, вырученные от продажи имущества должника, включаются в состав имущества должника.» [Для гражданина: пунктом 3 статьи 213.26 Закона о банкротстве предусмотрено: «Имущество гражданина, часть этого имущества подлежат реализации на торгах в порядке, установленном настоящим Федеральным законом, если иное не предусмотрено решением собрания кредиторов или определением арбитражного суда. Драгоценности и другие предметы роскоши, стоимость которых превышает сто тысяч рублей, и вне зависимости от стоимости недвижимое имущество подлежат реализации на открытых торгах в порядке, установленном настоящим Федеральным законом.»]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Покупатель уведомлён, что Имущество продаётся в рамках дела о банкротстве в состоянии «как есть», с Имуществом ознакомлен, претензий к его состоянию, составу и документам не имеет; [Имущество обременено: [аренда до «[дата]» / зарегистрированные лица / залог прекращается с продажей в силу пункта 5 статьи 18.1 (статьи 138) Закона о банкротстве]]. Правила о качестве товара (статьи 469–477 Гражданского кодекса Российской Федерации) применяются с учётом особенностей продажи имущества должника на торгах.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Цена и порядок оплаты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Цена Имущества составляет [сумма] руб. [НДС не облагается на основании подпункта 15 пункта 2 статьи 146 Налогового кодекса Российской Федерации / в том числе НДС] и определена по результатам торгов согласно Протоколу. Задаток в размере [сумма] руб., внесённый Покупателем по договору о задатке от «[дата]», засчитывается в счёт оплаты. Оставшуюся часть цены — [сумма] руб. — Покупатель уплачивает в течение тридцати дней с даты подписания Договора на [основной / специальный] счёт Продавца № [__] в [банк], БИК [__], к/с [__]. Обязательство по оплате считается исполненным в день зачисления средств на счёт Продавца. Пунктом 16 статьи 110 Закона о банкротстве установлено: «В течение двух рабочих дней с даты подписания протокола о результатах проведения торгов организатор торгов направляет победителю торгов и внешнему управляющему копии этого протокола. В течение пяти дней с даты подписания этого протокола внешний управляющий направляет победителю торгов предложение заключить договор купли-продажи предприятия с приложением проекта данного договора в соответствии с представленным победителем торгов предложением о цене предприятия. В случае отказа или уклонения победителя торгов от подписания данного договора в течение пяти дней с даты получения указанного предложения внешнего управляющего внесенный задаток ему не возвращается и внешний управляющий вправе предложить заключить договор купли-продажи предприятия участнику торгов, которым предложена наиболее высокая цена предприятия по сравнению с ценой предприятия, предложенной другими участниками торгов, за исключением победителя торгов.»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Передача имущества и переход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Передача Имущества производится по акту приёма-передачи в течение [пяти] рабочих дней после полной оплаты по адресу нахождения Имущества; вместе с Имуществом передаются [ключи, правоустанавливающие и технические документы, ПТС]. Право собственности переходит к Покупателю [с даты государственной регистрации перехода права в ЕГРН / с даты подписания акта]. Документы для регистрации подаются сторонами совместно в течение [десяти] рабочих дней после оплаты; расходы по регистрации несёт Покупатель. Риск случайной гибели переходит к Покупателю с даты подписания акта. Пунктом 19 статьи 110 Закона о банкротстве предусмотрено: «Продажа предприятия оформляется договором купли-продажи предприятия, который заключает внешний управляющий с победителем торгов.»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IV. Ответственность сторон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 неоплате Имущества в установленный срок Продавец вправе отказаться от Договора в одностороннем порядке уведомлением, при этом задаток Покупателю не возвращается и включается в конкурсную массу (абзац второй пункта 16 статьи 110 Закона о банкротстве); Договор считается расторгнутым с даты получения уведомления, и Продавец вправе заключить договор с участником торгов, предложившим следующую цену. За просрочку передачи Имущества Продавец уплачивает неустойку [0,01] процента цены за каждый день просрочки, но не более [__] процентов. Стороны освобождаются от ответственности при обстоятельствах непреодолимой силы.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V. Заключительные положения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Договор вступает в силу с даты подписания и действует до полного исполнения обязательств. Споры разрешаются в [Арбитражном суде [наименование] / суде по месту нахождения Имущества] с соблюдением претензионного порядка (срок ответа — десять дней). Договор составлен в трёх экземплярах — по одному для сторон и для регистрирующего органа. Сведения о заключении Договора включаются Продавцом в ЕФРСБ в составе сообщения о результатах торгов. Приложения: копия Протокола; акт приёма-передачи (форма).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VI. Реквизиты сторон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Продавец: [наименование / Ф. И. О.], ОГРН/ИНН [__], адрес [__], счёт № [__] в [банк], БИК [__]; [конкурсный / финансовый] управляющий [Ф. И. О.], ИНН [__], адрес для корреспонденции [__], тел. [__], e-mail [__]. Покупатель: [наименование / Ф. И. О.], ОГРН/ИНН [__], паспорт [__], адрес [__], счёт № [__] в [банк], БИК [__], тел. [__], e-mail [__].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Продавец — [конкурсный / финансовый] управляющий</w:t>
        <w:tab/>
        <w:t>__________________ / [Ф. И. О.]</w:t>
        <w:br/>
        <w:br/>
        <w:t>Покупатель</w:t>
        <w:tab/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Договор заключается в течение пяти дней с даты получения победителем предложения управляющего (п. 16 ст. 110); условия должны совпадать с положением о продаже и сообщением о торгах — иначе договор оспорим по ст. 449 ГК РФ.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Оплата — только на счёт должника (не управляющего) в тридцатидневный срок; задаток зачитывается, при неоплате задаток остаётся в массе и договор заключается со вторым участником.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Реализация имущества банкрота НДС не облагается (подп. 15 п. 2 ст. 146 НК РФ); для недвижимости переход права регистрируется на основании договора и протокола — согласия супруга и залогодержателя не требуется.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