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г.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«[дата]»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ДОГОВОР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поставки № [__]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[полное наименование], ОГРН [__________], ИНН [__________], адрес: [адрес из ЕГРЮЛ], в лице [должность, Ф. И. О.], действующего на основании [устава / доверенности от «[дата]» № [__]] (далее — Поставщик), с одной стороны, и [полное наименование], ОГРН [__________], ИНН [__________], адрес: [адрес из ЕГРЮЛ], в лице [должность, Ф. И. О.], действующего на основании [устава / доверенности от «[дата]» № [__]] (далее — Покупатель), с другой стороны, совместно именуемые «Стороны», заключили настоящий договор (далее — Договор) о нижеследующем.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Предмет договора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1.1. Поставщик обязуется передавать в собственность Покупателя, а Покупатель — принимать и оплачивать товар: [наименование группы товаров] (далее — Товар) в ассортименте, количестве, по ценам и в сроки, согласованные Сторонами в спецификациях (приложениях) к Договору, являющихся его неотъемлемой частью. Статьёй 506 Гражданского кодекса Российской Федерации установлено: «По договору поставки поставщик-продавец, осуществляющий предпринимательскую деятельность,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целях, не связанных с личным, семейным, домашним и иным подобным использованием.» 1.2. Спецификация оформляется на основании заявки Покупателя, направленной по электронной почте, и считается согласованной с момента подписания обеими Сторонами [либо: счёт Поставщика, оплаченный Покупателем, признаётся согласованной спецификацией]. Пунктом 3 статьи 455 ГК РФ предусмотрено: «Условие договора купли-продажи о товаре считается согласованным, если договор позволяет определить наименование и количество товара.» 1.3. Качество Товара соответствует [ГОСТ / ТУ / техническим условиям производителя], подтверждается [сертификатами соответствия, декларациями, паспортами качества], передаваемыми с Товаром; остаточный срок годности на дату поставки — не менее [__] процентов. Товар поставляется в упаковке, обеспечивающей сохранность при перевозке и хранении.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Сроки, порядок поставки и доставка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2.1. Поставка осуществляется партиями в сроки, указанные в спецификациях; при отсутствии указания — в течение [10] рабочих дней с даты [согласования спецификации / поступления предоплаты]. Пунктом 1 статьи 508 ГК РФ установлено: «В случае, когда сторонами предусмотрена поставка товаров в течение срока действия договора поставки отдельными партиями и сроки поставки отдельных партий (периоды поставки) в нем не определены, то товары должны поставляться равномерными партиями помесячно, если иное не вытекает из закона, иных правовых актов, существа обязательства или обычаев делового оборота.» Досрочная поставка допускается с согласия Покупателя (пункт 3 статьи 508: «Досрочная поставка товаров может производиться с согласия покупателя. Товары, поставленные досрочно и принятые покупателем, засчитываются в счет количества товаров, подлежащих поставке в следующем периоде.»). 2.2. Доставка осуществляется [транспортом Поставщика до склада Покупателя по адресу: [__] / путём выборки Покупателем со склада Поставщика по адресу: [__] в течение [__] дней с даты уведомления о готовности / транспортной компанией за счёт [Покупателя]]. Статьёй 510 ГК РФ установлено: «Доставка товаров осуществляется поставщиком путем отгрузки их транспортом, предусмотренным договором поставки, и на определенных в договоре условиях. 2. Договором поставки может быть предусмотрено получение товаров покупателем (получателем) в месте нахождения поставщика (выборка товаров).» Стоимость доставки [включена в цену / оплачивается отдельно по тарифам перевозчика]. 2.3. Отгрузка производится Покупателю либо получателю, указанному в спецификации или отгрузочной разнарядке (пункт 1 статьи 509 ГК РФ: «Поставка товаров осуществляется поставщиком путем отгрузки (передачи) товаров покупателю, являющемуся стороной договора поставки, или лицу, указанному в договоре в качестве получателя.»). 2.4. Право собственности и риск случайной гибели переходят к Покупателю с даты подписания товарной накладной (УПД) [с даты передачи первому перевозчику при выборке].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Приёмка товара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3.1. Приёмка по количеству тарных мест и видимым повреждениям упаковки производится при передаче с отметкой в накладной; по количеству внутри упаковки, ассортименту и качеству — в течение [5] рабочих дней с даты получения (по скрытым недостаткам — в течение [гарантийного срока / срока годности]). Статьёй 513 ГК РФ установлено: «Покупатель (получатель) обязан совершить все необходимые действия, обеспечивающие принятие товаров, поставленных в соответствии с договором поставки. 2. Принятые покупателем (получателем) товары должны быть им осмотрены в срок, определенный законом, иными правовыми актами, договором поставки или обычаями делового оборота. Покупатель (получатель) обязан в этот же срок проверить количество и качество принятых товаров в порядке, установленном законом, иными правовыми актами, договором или обычаями делового оборота, и о выявленных несоответствиях или недостатках товаров незамедлительно письменно уведомить поставщика.» 3.2. При выявлении несоответствия Покупатель приостанавливает приёмку, обеспечивает сохранность Товара, уведомляет Поставщика [по электронной почте] в течение [1] рабочего дня и составляет акт [с участием представителя Поставщика либо, при его неявке в течение [2] рабочих дней, в одностороннем порядке с фотофиксацией]; акт является основанием для требований по статьям 475, 518, 519 ГК РФ. Пунктом 1 статьи 518 ГК РФ установлено: «Покупатель (получатель), которому поставлены товары ненадлежащего качества, вправе предъявить поставщику требования, предусмотренные статьей 475 настоящего Кодекса, за исключением случая, когда поставщик, получивший уведомление покупателя о недостатках поставленных товаров, без промедления заменит поставленные товары товарами надлежащего качества.» 3.3. Поставщик обязан заменить некачественный Товар или допоставить недостающий в течение [10] рабочих дней с даты получения акта за свой счёт. Пунктом 2 статьи 520 ГК РФ предусмотрено: «Покупатель (получатель) вправе отказаться от оплаты товаров ненадлежащего качества и некомплектных товаров, а если такие товары оплачены, потребовать возврата уплаченных сумм впредь до устранения недостатков и доукомплектования товаров либо их замены.»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Цена и порядок расчётов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4.1. Цена Товара указывается в спецификациях в рублях, [включает НДС по ставке [__] % / НДС не облагается], включает стоимость упаковки и [доставки]; цена согласованной спецификации изменению не подлежит. 4.2. Оплата производится [в размере [__] процентов предоплаты в течение [3] банковских дней с даты согласования спецификации и [__] процентов — в течение [__] дней с даты поставки / в течение [__] календарных дней с даты поставки (отсрочка); лимит задолженности — [сумма] руб.]. Пунктом 1 статьи 516 ГК РФ установлено: «Покупатель оплачивает поставляемые товары с соблюдением порядка и формы расчетов, предусмотренных договором поставки. Если соглашением сторон порядок и форма расчетов не определены, то расчеты осуществляются платежными поручениями.» 4.3. Обязательство по оплате считается исполненным в день зачисления средств на счёт Поставщика. Стороны ежеквартально подписывают акт сверки расчётов; при отсутствии мотивированных возражений в течение [10] дней акт считается согласованным. Проценты по статье 317.1 ГК РФ на сумму отсрочки не начисляются.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V. Ответственность сторон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5.1. За просрочку поставки Поставщик уплачивает неустойку [0,1] процента стоимости непоставленного Товара за каждый день, но не более [10] процентов; при недопоставке Покупатель вправе приобрести Товар у третьих лиц с отнесением разницы на Поставщика (пункт 1 статьи 520 ГК РФ: «Если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срок, покупатель вправе приобрести непоставленные товары у других лиц с отнесением на поставщика всех необходимых и разумных расходов на их приобретение.»). 5.2. За просрочку оплаты Покупатель уплачивает неустойку [0,1] процента от неоплаченной суммы за каждый день, но не более [10] процентов. 5.3. Уплата неустойки не освобождает от исполнения обязательств; убытки взыскиваются в части, не покрытой неустойкой. При расторжении Договора вследствие нарушения применяются правила статьи 524 ГК РФ: «Если в разумный срок после расторжения договора вследствие нарушения обязательства продавцом покупатель купил у другого лица по более высокой, но разумной цене товар взамен предусмотренного договором,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сделке. 2. Если в разумный срок после расторжения договора вследствие нарушения обязательства покупателем продавец продал товар другому лицу по более низкой, чем предусмотренная договором, но разумной цене,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сделке.» 5.4. Стороны освобождаются от ответственности за частичное или полное неисполнение обязательств, если оно явилось следствием обстоятельств непреодолимой силы (пункт 3 статьи 401 ГК РФ): стихийных бедствий, военных действий, актов органов власти, запретительных мер, непосредственно влияющих на исполнение Договора. Сторона, для которой наступили такие обстоятельства, обязана уведомить другую Сторону в течение [пяти] рабочих дней с приложением подтверждающих документов; срок исполнения обязательств продлевается соразмерно времени действия обстоятельств. Если обстоятельства действуют более [двух] месяцев, любая Сторона вправе отказаться от Договора без возмещения убытков.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VI. Срок действия, изменение и расторжение договора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6.1. Договор вступает в силу с даты подписания и действует до «[дата]», а в части расчётов — до полного исполнения; продлевается на каждый следующий год, если ни одна Сторона не заявит об отказе за [30] дней. 6.2. Односторонний отказ допускается при существенном нарушении другой Стороной (статья 523 ГК РФ): «Односторонний отказ от исполнения договора поставки (полностью или частично) или одностороннее его изменение допускаются в случае существенного нарушения договора одной из сторон (абзац четвертый пункта 2 статьи 450). 2. Нарушение договора поставки поставщиком предполагается существенным в случаях: поставки товаров ненадлежащего качества с недостатками, которые не могут быть устранены в приемлемый для покупателя срок; неоднократного нарушения сроков поставки товаров. 3. Нарушение договора поставки покупателем предполагается существенным в случаях: неоднократного нарушения сроков оплаты товаров; неоднократной невыборки товаров. 4.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частично, если иной срок расторжения или изменения договора не предусмотрен в уведомлении либо не определен соглашением сторон.» 6.3. [Любая Сторона вправе отказаться от Договора без объяснения причин с уведомлением за [30] дней при условии исполнения обязательств по согласованным спецификациям.]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VII. Заключительные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7.1. Споры разрешаются путём переговоров; претензия направляется в письменной форме по адресам, указанным в Договоре (в том числе на адрес электронной почты), срок ответа — [десять] календарных дней с даты получения. При недостижении согласия спор передаётся на рассмотрение в Арбитражном суде [наименование субъекта по месту нахождения истца / ответчика]. Уведомления и юридически значимые сообщения, направленные по адресам Сторон, указанным в Договоре, считаются полученными в соответствии со статьёй 165.1 ГК РФ; Сторона, изменившая адрес или реквизиты, обязана сообщить об этом в течение [пяти] рабочих дней. Срок ответа на претензию — [15] календарных дней (часть 5 статьи 4 АПК РФ). 7.2. Стороны признают юридическую силу документов, подписанных усиленной квалифицированной электронной подписью через систему ЭДО [наименование], и переписки с адресов электронной почты, указанных в Договоре; заявки и спецификации, направленные таким способом, считаются исходящими от Стороны. 7.3. Договор вступает в силу с даты подписания и действует до полного исполнения Сторонами обязательств. Изменения и дополнения действительны при оформлении в письменной форме и подписании обеими Сторонами. Договор составлен в двух экземплярах, имеющих равную юридическую силу, по одному для каждой из Сторон. Во всём, что не предусмотрено Договором, Стороны руководствуются законодательством Российской Федерации. Приложения: № 1 — форма спецификации; № 2 — форма акта о расхождениях.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VIII. Реквизиты и подписи сторон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Поставщик: [наименование / Ф. И. О.], [ОГРН/ИНН / паспортные данные], адрес: [__________], тел.: [__________], e-mail: [__________], банковские реквизиты: р/с [__________] в [банк], БИК [__________], к/с [__________]. Покупатель: [наименование / Ф. И. О.], [ОГРН/ИНН / паспортные данные], адрес: [__________], тел.: [__________], e-mail: [__________], банковские реквизиты: р/с [__________] в [банк], БИК [__________], к/с [__________].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Поставщик:</w:t>
        <w:tab/>
        <w:tab/>
        <w:tab/>
        <w:tab/>
        <w:tab/>
        <w:t>__________________ / [Ф. И. О.]</w:t>
        <w:br/>
        <w:br/>
        <w:t>Покупатель:</w:t>
        <w:tab/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Рамочный договор без количества и цены считается заключённым, если спецификации позволяют определить наименование и количество (п. 3 ст. 455); закрепите, что оплаченный счёт или подписанная спецификация и есть согласование, иначе спор о заключённости по каждой партии.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Порядок приёмки и срок уведомления о недостатках (ст. 513) — главное условие для покупателя: без акта в срок суды отказывают во взыскании за недостачу и брак; поставщику важен срок на явку представителя и право оспорить одностороний акт.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Односторонний отказ возможен при существенных нарушениях ст. 523 (неоднократная просрочка, неустранимый брак); иные основания отказа действительны, только если прямо записаны (ст. 450.1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Неустойка свыше 0,1 % в день и без верхнего предела снижается судами по ст. 333 ГК РФ; акт сверки с условием о молчаливом согласии упрощает взыскание долга.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ГК РФ приведены дословно в действующей редакции (сверено с КонсультантПлюс 17.10.2026). Квадратные скобки — места для ваших данных; варианты в скобках через «/» — выберите один.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