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обеспечении доказательств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Имеются основания опасаться, что представление доказательства [наименование доказательства] станет впоследствии невозможным/затруднительным: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72 Арбитражного процессуального кодекса Российской Федерации лица, участвующие в деле, имеющие основания опасаться, что представление в арбитражный суд необходимых доказательств станет невозможным или затруднительным, могут обратиться с заявлением об обеспечении этих доказательств.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72 Арбитражного процессуального кодекса Российской Федерации, прошу принять меры по обеспечению доказательства [наименование доказательства] путём [указать способ, например: осмотр, допрос свидетеля, назначение экспертизы].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риск невозможности представления доказательства в будущем]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