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обеспечении доказательств ГПК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Имеются основания опасаться, что представление доказательства [наименование доказательства] станет впоследствии невозможным/затруднительным: [указать обстоятельства].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со статьёй 64 Гражданского процессуального кодекса Российской Федерации лица, участвующие в деле, имеющие основания опасаться, что представление необходимых для них доказательств окажется впоследствии невозможным или затруднительным, могут просить суд об обеспечении этих доказательств.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статьями 64–66 Гражданского процессуального кодекса Российской Федерации, прошу принять меры по обеспечению доказательства [наименование доказательства] путём [указать способ, например: осмотр, допрос свидетеля, назначение экспертизы].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[Документы, обосновывающие риск невозможности представления доказательства в будущем]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