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приобщении материалов к делу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обоснование своей позиции по делу [Истец/Ответчик] представляет следующие документы: [перечислить документы].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копии, в том числе с использованием технических средств, заявлять отводы, представлять доказательства и участвовать в их исследовании.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35, 57 Гражданского процессуального кодекса Российской Федерации, прошу приобщить к материалам дела следующие документы: [перечислить документы с указанием количества листов].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[Перечень прилагаемых документов с указанием количества листов]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