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недвижимости]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имущества (наследник / третье лицо)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наследники наследодателя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нотариус [Ф. И. О.], нотариальный округ [__]</w:t>
      </w:r>
      <w:r>
        <w:rPr>
          <w:rFonts w:ascii="Times New Roman" w:hAnsi="Times New Roman"/>
          <w:b w:val="0"/>
          <w:i w:val="0"/>
          <w:sz w:val="24"/>
        </w:rPr>
        <w:br/>
        <w:t>адрес: [адрес нотариальной конторы]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имущества, которое истец просит исключить]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исключении имущества из состава наследства и признании права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умер(ла) [Ф. И. О. наследодателя], «[дата рождения]» года рождения (свидетельство о смерти [серия, номер], выдано [орган ЗАГС] «[дата]») (далее — наследодатель). Последнее место жительства наследодателя: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Нотариусом [Ф. И. О.] в состав наследства включено [имущество: квартира (доля) по адресу __ / автомобиль __ / денежные средства на счёте __ / вещи]. Однако это имущество наследодателю не принадлежало [либо принадлежало не полностью]: [выбрать — 1) оно является личной собственностью истца: приобретено истцом до брака / получено в дар / по наследству; 2) истец является пережившим супругом, и половина имущества принадлежит ему (ст. 1150 ГК РФ); 3) имущество было отчуждено наследодателем истцу при жизни по договору [дарения / купли-продажи] от «[дата]», но переход права не был зарегистрирован; 4) денежные средства на счёте наследодателя принадлежат истцу — были переданы на хранение / являются его зарплатой, перечисленной на карту наследодателя].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Указанные обстоятельства подтверждаются [документами]. Наследники [Ф. И. О.] претендуют на это имущество, нотариус отказал в его исключении из наследственной массы без решения суда.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Открытие наследства.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1113 Гражданского кодекса Российской Федерации (далее — ГК РФ) «Наследство открывается со смертью гражданина. Объявление судом гражданина умершим влечет за собой те же правовые последствия, что и смерть гражданина.» Пунктом 1 статьи 1114 ГК РФ установлено: «Временем открытия наследства является момент смерти гражданина. При объявлении гражданина умершим днем открытия наследства является день вступления в законную силу решения суда об объявлении гражданина умершим, а в случае, когда в соответствии с пунктом 3 статьи 45 настоящего Кодекса днем смерти гражданина признан день его предполагаемой гибели, - день и момент смерти, указанные в решении суда.» Статьёй 1112 ГК РФ определено: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Состав наследства.</w:t>
      </w:r>
      <w:r>
        <w:rPr>
          <w:rFonts w:ascii="Times New Roman" w:hAnsi="Times New Roman"/>
          <w:b w:val="0"/>
          <w:i w:val="0"/>
          <w:sz w:val="24"/>
        </w:rPr>
        <w:t xml:space="preserve"> Статьёй 1112 Гражданского кодекса Российской Федерации (далее — ГК РФ) установлено: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 Следовательно, имущество, которое на день открытия наследства не принадлежало наследодателю, в состав наследства не входит.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принадлежности имущества истцу.</w:t>
      </w:r>
      <w:r>
        <w:rPr>
          <w:rFonts w:ascii="Times New Roman" w:hAnsi="Times New Roman"/>
          <w:b w:val="0"/>
          <w:i w:val="0"/>
          <w:sz w:val="24"/>
        </w:rPr>
        <w:t xml:space="preserve"> [Личное имущество супруга:] Пунктом 2 статьи 256 ГК РФ установлено: «Имущество, принадлежавшее каждому из супругов до вступления в брак, а также полученное одним из супругов во время брака в дар или в порядке наследования, является его собственностью.» [Супружеская доля:] абзацем вторым пункта 4 статьи 256 ГК РФ предусмотрено: «В случае смерти одного из супругов пережившему супругу принадлежит доля в праве на общее имущество супругов, равная одной второй, если иной размер доли не был определен брачным договором, совместным завещанием супругов, наследственным договором или решением суда.» [Сделка при жизни:] абзацем первым пункта 2 статьи 218 ГК РФ определено: «Право собственности на имущество, которое имеет собственника, может быть приобретено другим лицом на основании договора купли-продажи, мены, дарения или иной сделки об отчуждении этого имущества.»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[Для личного имущества супруга — та же норма в Семейном кодексе РФ:] пунктом 1 статьи 36 СК РФ установлено: «Имущество, принадлежавшее каждому из супругов до вступления в брак, а также имущество, полученное одним из супругов во время брака в дар, в порядке наследования или по иным безвозмездным сделкам (имущество каждого из супругов), является его собственностью.» Универсальное правопреемство распространяется только на имущество самого наследодателя: пунктом 1 статьи 1110 ГК РФ предусмотрено, что «При наследовании имущество умершего (наследство, наследственное имущество) переходит к другим лицам в порядке универсального правопреемства, то есть в неизменном виде как единое целое и в один и тот же момент, если из правил настоящего Кодекса не следует иное.»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переживающего супруга.</w:t>
      </w:r>
      <w:r>
        <w:rPr>
          <w:rFonts w:ascii="Times New Roman" w:hAnsi="Times New Roman"/>
          <w:b w:val="0"/>
          <w:i w:val="0"/>
          <w:sz w:val="24"/>
        </w:rPr>
        <w:t xml:space="preserve"> Статьёй 1150 ГК РФ установлено: «Принадлежащее пережившему супругу наследодателя в силу завещания или закона право наследования не умаляет его права на часть имущества, нажитого во время брака с наследодателем и являющегося их совместной собственностью. Доля умершего супруга в этом имуществе, определяемая в соответствии со статьей 256 настоящего Кодекса, входит в состав наследства и переходит к наследникам в соответствии с правилами, установленными настоящим Кодексом.»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12 ГК РФ защита гражданских прав осуществляется путём «признания права» Включение чужого имущества в наследственную массу нарушает право собственности истца. Разъяснения по применению этих норм даны в постановлении Пленума Верховного Суда РФ от 29.05.2012 № 9 «О судебной практике по делам о наследовании».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представляет документы, подтверждающие основание приобретения имущества и его принадлежность истцу на день открытия наследства.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о правах на недвижимое имущество предъявляется по месту его нахождения: частью 1 статьи 30 ГПК РФ установлено, что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Спорное имущество находится по адресу: [адрес]. Дела о наследовании мировой судья не рассматривает (п. 4 ч. 1 ст. 23 ГПК РФ), поэтому иск подаётся в районный (городской) суд.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12, 218, 256, 1112, 1150 ГК РФ, статьями 30, 56,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Исключить из состава наследства, открывшегося после смерти [Ф. И. О. наследодателя], умершего(ей) «[дата]», [имущество / __ долю в праве на имущество].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Признать за [Ф. И. О. истца] право собственности на [имущество / __ долю].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Указать, что решение является основанием для государственной регистрации права истца [для недвижимости].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свидетельства о смерти наследодателя.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Документы, подтверждающие принадлежность имущества истцу (договоры, свидетельство о праве на наследство на имя истца, договор дарения, документы об оплате, выписки по счетам).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свидетельства о заключении брака [если основание — супружеская доля или личное имущество супруга].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Ответ нотариуса о составе наследственной массы / отказ в исключении имущества.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стоимости имущества.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Самые частые основания — супружеская доля и личное имущество пережившего супруга; для них сначала обратитесь к нотариусу с заявлением о выдаче свидетельства о праве собственности на долю.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наследодатель при жизни подарил или продал вам имущество, но регистрация не состоялась, требование о регистрации перехода права можно предъявить к наследникам (п. 3 ст. 551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Деньги на карте наследодателя, принадлежащие вам, доказываются выписками о зачислении ваших средств и их назначении.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