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работник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работодатель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[или Ф. И. О. индивидуального предпринимателя, ОГРНИП]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[в части среднего заработка за вынужденный прогул, если заявляется]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увольнения незаконным, изменении формулировки основания и даты увольнения, взыскании среднего заработка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«[дата]» истец работал у ответчика в должности [наименование должности] в [структурное подразделение] на основании трудового договора от «[дата]» № [номер] (приказ о приёме на работу от «[дата]» № [номер]). Должностной оклад — [сумма] рублей [надбавки, премии — указать]. Средний дневной заработок истца составляет [сумма] рублей (справка / 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Приказом от «[дата]» № [номер] истец уволен по [основание — пункт __ части первой статьи 81 ТК РФ / иное], соответствующая запись внесена в трудовую книжку (сведения о трудовой деятельности). Основание увольнения незаконно: [кратко — проступка не было, порядок нарушен / фактически истец подал заявление об увольнении по собственному желанию «[дата]», но уволен по иному основанию].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Возвращаться на работу к ответчику истец не желает. Неправильная формулировка препятствует трудоустройству: [истцу отказали в приёме на работу [организация] «[дата]» / работодатели отказываются после ознакомления с основанием увольнения].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выбрать изменение формулировки вместо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394 ТК РФ установлено: «В случае признания увольнения незаконным орган, рассматривающий индивидуальный трудовой спор, может по заявлению работника принять решение об изменении формулировки основания увольнения на увольнение по собственному желанию.» Частью 5 той же статьи: «В случае признания формулировки основания и (или) причины увольнения неправильной или не соответствующей закону суд, рассматривающий индивидуальный трудовой спор,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статью, часть статьи, пункт статьи настоящего Кодекса или иного федерального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Дата увольнения и заработок.</w:t>
      </w:r>
      <w:r>
        <w:rPr>
          <w:rFonts w:ascii="Times New Roman" w:hAnsi="Times New Roman"/>
          <w:b w:val="0"/>
          <w:i w:val="0"/>
          <w:sz w:val="24"/>
        </w:rPr>
        <w:t xml:space="preserve"> Частью 7 статьи 394 ТК РФ определено: «Если в случаях, предусмотренных настоящей статьей, после признания увольнения незаконным суд выносит решение не о восстановлении работника, а об изменении формулировки основания увольнения, то дата увольнения должна быть изменена на дату вынесения решения судом. В случае, когда к моменту вынесения указанного решения работник после оспариваемого увольнения вступил в трудовые отношения с другим работодателем, дата увольнения должна быть изменена на дату, предшествующую дню начала работы у этого работодателя.» Частью 8: «Если неправильная формулировка основания и (или) причины увольнения в трудовой книжке или сведениях о трудовой деятельности (статья 66.1 настоящего Кодекса) препятствовала поступлению работника на другую работу, суд принимает решение о выплате ему среднего заработка за все время вынужденного прогула.» [Если истец трудоустроился — датой увольнения указывается день, предшествующий дню начала новой работы.]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основания.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84.1 ТК РФ установлено: «Прекращение трудового договора оформляется приказом (распоряжением) работодателя.» Частью 5 той же статьи: «Запись в трудовую книжку и внесение информации в сведения о трудовой деятельности (статья 66.1 настоящего Кодекса)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статью, часть статьи, пункт статьи настоящего Кодекса или иного федерального закона.» Применённое основание не подтверждено: [указать]. Бремя доказывания законности увольнения по инициативе работодателя лежит на работодателе. Разъяснения по применению этих норм даны в постановлении Пленума Верховного Суда РФ от 17.03.2004 № 2 «О применении судами Российской Федерации Трудового кодекса Российской Федерации».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за время вынужденного прогула.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394 ТК РФ предусмотрено: «Орган, рассматривающий индивидуальный трудовой спор,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работы.» Средний заработок определяется по статье 139 ТК РФ: «При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Подсудность, сроки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абзацу второму части 1 статьи 391 ТК РФ непосредственно в судах рассматриваются индивидуальные трудовые споры по заявлениям «работника - о восстановлении на работе независимо от оснований прекращения трудового договора, об изменении даты и формулировки причины увольнения, о переводе на другую работу, об оплате за время вынужденного прогула либо о выплате разницы в заработной плате за время выполнения нижеоплачиваемой работы, о неправомерных действиях (бездействии) работодателя при обработке и защите персональных данных работника, о компенсации морального вреда, причиненного работнику неправомерными действиями (бездействием) работодателя» Иск может быть предъявлен по адресу ответчика (ст. 28 ГПК РФ) либо по месту жительства истца: частью 6.3 статьи 29 ГПК РФ установлено, что «Иски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392 ТК РФ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Частью 2 той же статьи: «За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увольнении.» Срок истцом не пропущен.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Судебные расходы.</w:t>
      </w:r>
      <w:r>
        <w:rPr>
          <w:rFonts w:ascii="Times New Roman" w:hAnsi="Times New Roman"/>
          <w:b w:val="0"/>
          <w:i w:val="0"/>
          <w:sz w:val="24"/>
        </w:rPr>
        <w:t xml:space="preserve"> Статьёй 393 ТК РФ предусмотрено: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84.1, 139, 237, 391–394 ТК РФ, статьями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приказ ответчика от «[дата]» № [номер] об увольнении истца по [основание].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Изменить формулировку основания увольнения истца на увольнение по собственному желанию (пункт 3 части первой статьи 77 ТК РФ), а дату увольнения — на дату вынесения решения суда [на «[дата]» — день, предшествующий дню начала работы у нового работодателя].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Обязать ответчика внести соответствующие изменения в трудовую книжку [выдать дубликат трудовой книжки без недействительной записи] и в сведения о трудовой деятельности.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средний заработок за время вынужденного прогула с «[дата]» по [дату решения / дату трудоустройства].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компенсацию морального вреда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трудового договора и дополнительных соглашений к нему.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приказа о приёме на работу; сведения о трудовой деятельности (выписка СФР / Госуслуги) или копия трудовой книжки.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среднем заработке / расчётные листки за последние 12 месяцев.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приказа об увольнении; копия трудовой книжки с записью об увольнении / сведения о трудовой деятельности.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незаконности основания увольнения.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препятствий в трудоустройстве (письменные отказы, переписка с работодателями)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Расчёт среднего заработка за время вынужденного прогула.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вправе просить и восстановления, и изменения формулировки — но выбрать нужно одно; если не хотите возвращаться, заявляйте изменение формулировки (ч. 4 ст. 394 ТК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один месяц со дня вручения копии приказа или выдачи трудовой книжки (сведений), как для спора об увольнении.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Попросите выдать дубликат трудовой книжки без порочащей записи — это право работника по Порядку ведения трудовых книжек.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