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мировой судья — при цене иска до 50 000 рублей]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бывший работник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работодатель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[или Ф. И. О. индивидуального предпринимателя, ОГРНИП]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[компенсация за отпуск + компенсация по ст. 236 ТК РФ]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истец освобождён от уплаты государственной пошлины (ст. 393 ТК РФ, подп. 1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компенсации за неиспользованный отпуск, компенсации за задержку выплаты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 «[дата]» истец работал у ответчика в должности [наименование должности] в [структурное подразделение] на основании трудового договора от «[дата]» № [номер] (приказ о приёме на работу от «[дата]» № [номер]). Должностной оклад — [сумма] рублей [надбавки, премии — указать]. Средний дневной заработок истца составляет [сумма] рублей (справка / расчёт прилагается).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Истцу был установлен ежегодный оплачиваемый отпуск продолжительностью [28] календарных дней [и дополнительный отпуск __ дней за __]. За период работы с «[дата]» по «[дата]» истец использовал [__] дней отпуска; неиспользованными остались [__] календарных дней.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трудовой договор расторгнут по [основание] (приказ от «[дата]» № __). При увольнении компенсация за неиспользованный отпуск [не выплачена / выплачена не полностью — за __ дней вместо __]. Средний дневной заработок истца для расчёта компенсации — [сумма] рублей. Требование о выплате от «[дата]» не исполнено.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отпуск.</w:t>
      </w:r>
      <w:r>
        <w:rPr>
          <w:rFonts w:ascii="Times New Roman" w:hAnsi="Times New Roman"/>
          <w:b w:val="0"/>
          <w:i w:val="0"/>
          <w:sz w:val="24"/>
        </w:rPr>
        <w:t xml:space="preserve"> Статьёй 114 ТК РФ установлено: «Работникам предоставляются ежегодные отпуска с сохранением места работы (должности) и среднего заработка.» Частью 1 статьи 122 ТК РФ: «Оплачиваемый отпуск должен предоставляться работнику ежегодно.»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при увольнении.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127 ТК РФ предусмотрено: «При увольнении работнику выплачивается денежная компенсация за все неиспользованные отпуска.» Компенсации подлежат все неиспользованные отпуска за весь период работы, а не только за последний год: запрет непредоставления отпуска два года подряд (ч. 4 ст. 124 ТК РФ: «Запрещается непредоставление ежегодного оплачиваемого отпуска в течение двух лет подряд, а также непредоставление ежегодного оплачиваемого отпуска работникам в возрасте до восемнадцати лет и работникам, занятым на работах с вредными и (или) опасными условиями труда.») является обязанностью работодателя и не лишает работника права на компенсацию.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Расчёт.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139 ТК РФ установлено: «Средний дневной заработок для оплаты отпусков и выплаты компенсации за неиспользованные отпуска исчисляется за последние 12 календарных месяцев путем деления суммы начисленной заработной платы на 12 и на 29,3 (среднемесячное число календарных дней).» Компенсация составляет: [__] дней × [сумма] руб. =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Сроки выплаты.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140 ТК РФ: «При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Денежная компенсация за задержку.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236 ТК РФ установлено: «При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начисленных, но не выплаченных в срок сумм и (или) не начисленных своевременно сумм в случае, если вступившим в законную силу решением суда было признано право работника на получение неначисленных сумм, за каждый день задержки начиная со дня,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сумм.» Частью 2 той же статьи: «Размер выплачиваемой работнику денежной компенсации может быть повышен коллективным договором, локальным нормативным актом или трудовым договором. Обязанность по выплате указанной денежной компенсации возникает независимо от наличия вины работодателя.» За период с «[дата]» по «[дата]» компенсация составляет [сумма] рублей (расчёт прилагается) и подлежит начислению по день фактической выплаты.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Неправомерными действиями ответчика истцу причинены нравственные страдания: [переживания из-за потери работы и средств к существованию, необходимость искать новую работу, ухудшение самочувствия]. Истец оценивает компенсацию в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Подсудность, сроки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абзацу второму части 1 статьи 391 ТК РФ непосредственно в судах рассматриваются индивидуальные трудовые споры по заявлениям «работника - о восстановлении на работе независимо от оснований прекращения трудового договора, об изменении даты и формулировки причины увольнения, о переводе на другую работу, об оплате за время вынужденного прогула либо о выплате разницы в заработной плате за время выполнения нижеоплачиваемой работы, о неправомерных действиях (бездействии) работодателя при обработке и защите персональных данных работника, о компенсации морального вреда, причиненного работнику неправомерными действиями (бездействием) работодателя» Иск может быть предъявлен по адресу ответчика (ст. 28 ГПК РФ) либо по месту жительства истца: частью 6.3 статьи 29 ГПК РФ установлено, что «Иски о восстановлении трудовых и пенсионных прав, а также иски, связанные с социальными выплатами и льготами, могут предъявляться также в суд по месту жительства истца.»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392 ТК РФ установлено: «Работник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-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66.1 настоящего Кодекса) у работодателя по последнему месту работы.» Частью 2 той же статьи: «За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увольнении.» Срок истцом не пропущен.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Судебные расходы.</w:t>
      </w:r>
      <w:r>
        <w:rPr>
          <w:rFonts w:ascii="Times New Roman" w:hAnsi="Times New Roman"/>
          <w:b w:val="0"/>
          <w:i w:val="0"/>
          <w:sz w:val="24"/>
        </w:rPr>
        <w:t xml:space="preserve"> Статьёй 393 ТК РФ предусмотрено: «При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114, 122, 124, 127, 139, 140, 236, 237, 391–393 ТК РФ, статьями 29,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ответчика в пользу истца компенсацию за неиспользованный отпуск в количестве [__] календарных дней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денежную компенсацию за задержку выплаты (ст. 236 ТК РФ) за период с «[дата]» по «[дата]» в размере [сумма] рублей и далее по день выплаты.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компенсацию морального вреда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Копия трудового договора и дополнительных соглашений к нему.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приказа о приёме на работу; сведения о трудовой деятельности (выписка СФР / Госуслуги) или копия трудовой книжки.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Справка о среднем заработке / расчётные листки за последние 12 месяцев.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Копия приказа об увольнении; записка-расчёт при увольнении [если выдана].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об использованных отпусках (приказы, заявления)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Расчёт количества неиспользованных дней и суммы компенсации.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Работник, отработавший у работодателя не менее 11 месяцев, при увольнении получает компенсацию за полный рабочий год; при меньшем стаже — пропорционально отработанным месяцам (по Правилам об очередных и дополнительных отпусках).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Компенсацию за все неиспользованные отпуска, накопленные за годы работы, можно взыскать в течение года со дня увольнения (ч. 2 ст. 392 ТК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Попросите у работодателя записку-расчёт при увольнении — из неё видно, сколько дней он учёл.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