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 в многоквартирном доме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[управляющая организация / ТСЖ / ЖСК]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государственная жилищная инспекция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договора управления многоквартирным домом [его отдельных условий]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— собственник помещения № [__] в доме по адресу: [адрес]. Ответчик ссылается на договор управления от «[дата]» № [__], заключённый [на основании решения общего собрания (протокол от «[дата]») / по результатам открытого конкурса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Договор недействителен [в части]: [выбрать — 1) решение общего собрания, на основании которого заключён договор, признано недействительным (ничтожным) решением суда от «[дата]»; 2) договор не содержит обязательных условий ч. 3 ст. 162 ЖК РФ; 3) условия договора неодинаковы для собственников (ч. 4 ст. 162 ЖК РФ); 4) договор заключён без конкурса, хотя он был обязателен (ч. 8 ст. 161 ЖК РФ); 5) условия ущемляют права потребителей: [право УК в одностороннем порядке менять плату, включать неутверждённые работы — указать]].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162 ЖК РФ: «Договор управления многоквартирным домом заключается с управляющей организацией,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Кодекса, в письменной форме или в электронной форме с использованием системы путем составления одного документа, подписанного сторонами.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условиях, указанных в решении данного общего собрания. При этом собственники помещений в данном доме, обладающие более чем пятьюдесятью процентами голосов от общего числа голосов собственников помещений в данном доме, выступают в качестве одной стороны заключаемого договора. Каждый собственник помещения в многоквартирном доме самостоятельно исполняет обязанности по договору управления многоквартирным домом, в том числе обязанность по внесению платы за жилое помещение и коммунальные услуги, и не отвечает по обязательствам других собственников помещений в данном доме.» Частью 2: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 Частью 3 той же статьи: «В договоре управления многоквартирным домом должны быть указаны:» «состав общего имущества многоквартирного дома, в отношении которого будет осуществляться управление, и адрес такого дома» «перечень работ и (или) услуг по управлению многоквартирным домом, услуг и работ по содержанию и ремонту общего имущества в многоквартирном доме, порядок изменения такого перечня, а также перечень коммунальных услуг, которые предоставляет управляющая организация, за исключением коммунальных услуг, предоставляемых в соответствии со статьей 157.2 настоящего Кодекса» «порядок определения цены договора, размера платы за содержание и ремонт жилого помещения и размера платы за коммунальные услуги, а также порядок внесения такой платы, за исключением платы за коммунальные услуги, предоставляемые в соответствии со статьей 157.2 настоящего Кодекса» «порядок осуществления контроля за выполнением управляющей организацией ее обязательств по договору управления» «обязанность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(если такое оборудование установлено).» Частью 4: «Условия договора управления многоквартирным домом устанавливаются одинаковыми для всех собственников помещений в многоквартирном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Конкурс.</w:t>
      </w:r>
      <w:r>
        <w:rPr>
          <w:rFonts w:ascii="Times New Roman" w:hAnsi="Times New Roman"/>
          <w:b w:val="0"/>
          <w:i w:val="0"/>
          <w:sz w:val="24"/>
        </w:rPr>
        <w:t xml:space="preserve"> Частью 8 статьи 161 ЖК РФ: «Заключение договора управления многоквартирным домом без проведения открытого конкурса, предусмотренного частями 4 и 13 настоящей статьи и частью 2 статьи 163 настоящего Кодекса, допускается, если указанный конкурс в соответствии с законодательством признан несостоявшимся.»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Недействительность сделки, нарушающей закон.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168 ГК РФ: «За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сделки.» Пунктом 2: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 Пунктом 1 статьи 166 ГК РФ: «Сделка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сделка).» Пунктом 1 статьи 167 ГК РФ: «Недействительная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Недопустимые условия.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16 Закона РФ «О защите прав потребителей»: «Недопустимыми условиями договора, ущемляющими права потребителя, являются условия, которые нарушают правила, установленные международными договорами Российской Федерации, настоящим Законом, законами и принимаемыми в соответствии с ними иными нормативными правовыми актами Российской Федерации, регулирующими отношения в области защиты прав потребителей. Недопустимые условия договора, ущемляющие права потребителя, ничтожны.» Подпунктом 1 пункта 2: «условия, которые предоставляют продавцу (изготовителю, исполнителю, уполномоченной организации или уполномоченному индивидуальному предпринимателю, импортеру, владельцу агрегатора) право на односторонний отказ от исполнения обязательства или одностороннее изменение условий обязательства (предмета, цены, срока и иных согласованных с потребителем условий), за исключением случаев, если законом или иным нормативным правовым актом Российской Федерации предусмотрена возможность предоставления договором такого права»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При недействительности основания договора управление домом должна осуществлять организация, законно выбранная собственниками; сведения о доме подлежат исключению из реестра лицензий ответчика (ч. 3.1 ст. 198 ЖК РФ: «В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домом, которое послужило основанием для направления в орган государственного жилищного надзора сведений, указанных в части 2 настоящей статьи,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[Для оспоримых условий — один год, п. 2 ст. 181 ГК РФ.]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(адресу) ответчика: статьёй 28 ГПК РФ установлено, что «Иск предъявляется в суд по месту жительства ответчика. Иск к организации предъявляется в суд по адресу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162, 198 ЖК РФ, статьями 166–168, 181 ГК РФ, статьёй 16 Закона РФ «О защите прав потребителей», статьями 28,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недействительным договор управления многоквартирным домом по адресу: [адрес] от «[дата]» № [__] [в части пунктов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ответчику и третьему лицу.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помещение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договора управления; протокол общего собрания / документы конкурса.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Копия решения суда о недействительности решения общего собрания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Чаще всего договор управления оспаривают после признания недействительным решения собрания, которым выбрана УК, — заявите оба требования вместе или опирайтесь на вступившее в силу решение.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Отдельные ущемляющие условия выгоднее оспаривать по ст. 16 Закона о защите прав потребителей — это ничтожные условия.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Признание договора недействительным не освобождает от оплаты фактически оказанных услуг по содержанию дома.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