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покупатель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продавец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государственной регистрации перехода права собственности на недвижимое имущество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(покупателем) и ответчиком (продавцом) заключён договор купли-продажи [нежилого помещения / здания и земельного участка] с кадастровым номером [__] по адресу [__] (далее — Договор). Цена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оплатил цену полностью (платёжные поручения от «[дата]»). Объект передан истцу по акту приёма-передачи от «[дата]», истец владеет и пользуется им. Ответчик уклоняется от подачи заявления о государственной регистрации перехода права: [не явился в МФЦ «[дата]», несмотря на уведомление / не отвечает на письма / отозвал заявление].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Регистрация перехода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551 Гражданского кодекса Российской Федерации (далее — ГК РФ) установлено: «Переход права собственности на недвижимость по договору продажи недвижимости к покупателю подлежит государственной регистрации.» Согласно пункту 3 той же статьи «В случае, когда одна из сторон уклоняется от государственной регистрации перехода права собственности на недвижимость, суд вправе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Передача недвижимости.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556 ГК РФ предусмотрено: «Передача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передаче.» «Если иное не предусмотрено законом или договором,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Уклонение от регистрации.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165 ГК РФ установлено: «Если сделка, требующая государственной регистрации, совершена в надлежащей форме, но одна из сторон уклоняется от ее регистрации, суд по требованию другой стороны вправе вынести решение о регистрации сделки. В этом случае сделка регистрируется в соответствии с решением суда.» Пунктом 3 той же статьи предусмотрено: «В случаях, предусмотренных пунктами 1 и 2 настоящей статьи, сторона, необоснованно уклоняющаяся от нотариального удостоверения или государственной регистрации сделки, должна возместить другой стороне убытки, вызванные задержкой в совершении или регистрации сделки.»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 прав.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 предусмотрено: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Согласно абзацу первому пункта 6 той же статьи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исполнен истцом.</w:t>
      </w:r>
      <w:r>
        <w:rPr>
          <w:rFonts w:ascii="Times New Roman" w:hAnsi="Times New Roman"/>
          <w:b w:val="0"/>
          <w:i w:val="0"/>
          <w:sz w:val="24"/>
        </w:rPr>
        <w:t xml:space="preserve"> Истец оплатил цену и принял объект, договор заключён в надлежащей форме, обременений, препятствующих регистрации, нет. Единственное препятствие — бездействие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165 ГК РФ установлено: «Срок исковой давности по требованиям, указанным в настоящей статье, составляет один год.» Срок исчисляется со дня, когда ответчик отказался от регистрации или не явился на регистрацию, — «[дата]»; он не истёк.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[вещного характера / о признании права] не относится к спорам о взыскании денежных средств, для которых часть 5 статьи 4 АПК РФ устанавливает обязательный претензионный порядок. Истец тем не менее направил ответчику требование от «[дата]»; оно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38 АПК РФ установлена исключительная подсудность: «Иски о правах на недвижимое имущество предъявляются в арбитражный суд по месту нахождения этого имущества.» Объект находится по адресу [__], что относится к компетенции Арбитражного суда [наименование]. Договорная подсудность к таким искам не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165, 551, 556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Произвести государственную регистрацию перехода права собственности от ответчика к истцу на [объект] с кадастровым номером [__], расположенный по адресу [__], на основании договора купли-продажи от «[дата]»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[Взыскать с ответчика убытки, вызванные задержкой регистрации, в размере [сумма] рублей.]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Договор купли-продажи, акт приёма-передачи.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Платёжные поручения об оплате цены.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уклонения продавца (уведомления о явке, переписка, сведения МФЦ).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Выписка из ЕГРН на объект.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давности — один год (п. 4 ст. 165 ГК РФ) с момента, когда стало ясно, что продавец уклоняется. Не затягивайте.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Одновременно заявите обеспечительную меру — запрет регистрационных действий с объектом, чтобы продавец не продал его повторно (ст. 91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продавец ликвидирован, иск предъявляется к Росреестру об оспаривании отказа в регистрации или в порядке особого производства — порядок отличается.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