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родитель, проживающий отдельно от ребёнка [или дедушка, бабушка, иной родственник]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родитель, с которым проживает ребёнок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орган опеки и попечительства: 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определении порядка общения с ребёнком и устранении препятствий в общении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[отцом / матерью / дедушкой / бабушкой] несовершеннолетнего [Ф. И. О. ребёнка, дата рождения]. Ребёнок проживает с ответчиком по адресу: [адрес] [место жительства определено решением суда от «[дата]» / соглашением родителей].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препятствует общению истца с ребёнком: [не отвечает на звонки; не сообщает, где находится ребёнок; отказывает во встречах; настраивает ребёнка против истца; сменил место жительства, не сообщив адрес — указать с датами]. Обращения истца в орган опеки («[дата]») [и к ответчику с предложением заключить соглашение о порядке общения] результата не дали.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Общение с истцом не причиняет вреда ребёнку: [истец характеризуется положительно, имеет постоянное место жительства и работы, до прекращения совместного проживания занимался воспитанием ребёнка, ребёнок к нему привязан].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родителя на общение.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66 Семейного кодекса Российской Федерации (далее — СК РФ) установлено: «Родитель,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образования.» «Родитель,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Судебное определение порядка.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той же статьи «Родители вправе заключить в письменной форме соглашение о порядке осуществления родительских прав родителем, проживающим отдельно от ребенка.» «Если родители не могут прийти к соглашению, спор разрешается судом с участием органа опеки и попечительства по требованию родителей (одного из них). По требованию родителей (одного из них) в порядке, установленном гражданским процессуальным законодательством,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ребёнка на общение.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 СК РФ определено: «Ребенок имеет право на общение с обоими родителями, дедушкой, бабушкой, братьями, сестрами и другими родственниками. Расторжение брака родителей, признание его недействительным или раздельное проживание родителей не влияют на права ребенка.» «В случае раздельного проживания родителей ребенок имеет право на общение с каждым из них. Ребенок имеет право на общение со своими родителями также в случае их проживания в разных государствах.» Пунктом 1 статьи 61 СК РФ предусмотрено: «Родители имеют равные права и несут равные обязанности в отношении своих детей (родительские права).»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Предлагаемый порядок учитывает интересы ребёнка: общение проходит в удобное для него время, не нарушает режим учёбы и отдыха, сохраняет его привязанность к обоим родителям.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Если ответчик утверждает, что общение вредит ребёнку, он должен это доказать; одних утверждений о нежелательности общения недостаточно.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неисполнение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66 СК РФ установлено: «При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 При злостном невыполнении решения суда суд по требованию родителя, проживающего отдельно от ребенка, может вынести решение о передаче ему ребенка исходя из интересов ребенка и с учетом мнения ребенка.» Пунктом 4 той же статьи предусмотрено: «Родитель, проживающий отдельно от ребенка, имеет право на получение информации о своем ребенке из образовательных организаций, медицинских организаций, организаций социального обслуживания и аналогичных организаций. В предоставлении информации может быть отказано только в случае наличия угрозы для жизни и здоровья ребенка со стороны родителя. Отказ в предоставлении информации может быть оспорен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[Для дедушки, бабушки, иных родственников:] Право на общение с ребёнком имеют и они: статьёй 67 СК РФ установлено, что дедушка, бабушка, братья, сёстры и другие родственники имеют право на общение с ребёнком, а при отказе родителей в таком общении спор разрешает суд с участием органа опеки исходя из интересов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Предлагаемый порядок общения</w:t>
      </w:r>
      <w:r>
        <w:rPr>
          <w:rFonts w:ascii="Times New Roman" w:hAnsi="Times New Roman"/>
          <w:b w:val="0"/>
          <w:i w:val="0"/>
          <w:sz w:val="24"/>
        </w:rPr>
        <w:t xml:space="preserve"> учитывает возраст ребёнка ([__] лет), режим его дня, учёбы и занятий, состояние здоровья и место жительства сторон: [каждые [вторые и четвёртые] выходные месяца с 10:00 субботы до 18:00 воскресенья с правом забирать ребёнка по месту жительства истца; по средам с 17:00 до 20:00; [__] дней летних каникул; праздники по чётным/нечётным годам; общение по телефону и видеосвязи ежедневно с 19:00 до 20:00].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участие органа опеки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Согласно статье 28 ГПК РФ «Иск предъявляется в суд по месту жительства ответчика. Иск к организации предъявляется в суд по адресу организации.» 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78 Семейного кодекса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В силу пункта 2 той же статьи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[Заявить, если истец понёс расходы на представителя.]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55, 61, 66, 67, 78 СК РФ, статьями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Определить следующий порядок общения [Ф. И. О. истца] с несовершеннолетним [Ф. И. О. ребёнка, дата рождения]: [подробный график с днями, временем, местом, правом забирать ребёнка, каникулами и праздниками, дистанционным общением].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ответчика не препятствовать общению истца с ребёнком в соответствии с установленным порядком.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 необходимости:] Обязать ответчика информировать истца об изменении места жительства ребёнка, о состоянии его здоровья и учёбе.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копий иска ответчику и органу опеки.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свидетельства о рождении ребёнка (документы о родстве — для дедушки, бабушки).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препятствий в общении: переписка, обращения в орган опеки и полицию, ответы на них.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Характеристика истца с места работы и жительства, документы о жилищных условиях.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Проект графика общения.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Чем подробнее график (дни, время, место передачи ребёнка, каникулы, праздники, болезнь ребёнка), тем проще его исполнять через пристава; расплывчатый порядок («по договорённости») исполнить невозможно.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 решения суда можно попросить определить порядок общения на период рассмотрения дела (абз. 2 п. 2 ст. 66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 неисполнение решения о порядке общения предусмотрен штраф (ст. 5.35 КоАП РФ), а при злостном неисполнении суд может передать ребёнка другому родителю (п. 3 ст. 66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подсудно районному (городскому) суду (ст. 24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