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общей долевой собственности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продавец доли (ответчик 1)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2: </w:t>
      </w:r>
      <w:r>
        <w:rPr>
          <w:rFonts w:ascii="Times New Roman" w:hAnsi="Times New Roman"/>
          <w:b w:val="0"/>
          <w:i w:val="0"/>
          <w:sz w:val="24"/>
        </w:rPr>
        <w:t>покупатель доли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нотариус [Ф. И. О.], удостоверивший договор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[цена проданной доли по договору]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переводе прав и обязанностей покупателя доли в праве общей долевой собственности на жилое помещение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[Квартира (комната, жилой дом)] по адресу: [адрес], общей площадью [__] кв. м, кадастровый номер [__] (далее — жилое помещение) принадлежит на праве общей долевой собственности истцу ([__] доля) и ответчику 1 ([__] доля).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ответчик 1 продал свою долю ответчику 2 [постороннему лицу] по договору купли-продажи, удостоверенному нотариусом [Ф. И. О.] (реестровый № [номер]), за [сумма] рублей. Право ответчика 2 зарегистрировано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о намерении ответчика 1 продать долю надлежащим образом извещён не был [извещение направлено по ненадлежащему адресу / в извещении указана цена [сумма] рублей, а продана доля дешевле — за [сумма] рублей / продажа совершена ранее истечения месячного срока]. О продаже истец узнал «[дата]» [из выписки ЕГРН / от ответчика 2]. Трёхмесячный срок для обращения в суд не пропущен.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готов купить долю на тех же условиях и внёс на депозит [Управления Судебного департамента / нотариуса] денежные средства в размере цены доли и расходов покупателя — [сумма] рублей (документ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Преимущественное право покупки.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250 ГК РФ установлено: «При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общее имущество, указанных в пункте 2 статьи 259.2 настоящего Кодекса.» Пунктом 2 той же статьи предусмотрено: «Продавец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условий, на которых продает ее.» «Если остальные участники долевой собственности не приобретут продаваемую долю в праве собственности на недвижимое имущество в течение месяца, а в праве собственности на движимое имущество в течение десяти дней со дня извещения, продавец вправе продать свою долю любому лицу.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нарушения.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250 ГК РФ определено: «При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покупателя.» Пунктом 4 той же статьи: «Уступка преимущественного права покупки доли не допускается.»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Нарушение выразилось в том, что [истец не был извещён / извещён о продаже на иных условиях / доля продана до истечения месяца]. При продаже доли по цене ниже указанной в извещении преимущественное право считается нарушенным, поскольку истцу не было предложено купить долю на тех условиях, на которых она продана.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Гарантия интересов покупателя.</w:t>
      </w:r>
      <w:r>
        <w:rPr>
          <w:rFonts w:ascii="Times New Roman" w:hAnsi="Times New Roman"/>
          <w:b w:val="0"/>
          <w:i w:val="0"/>
          <w:sz w:val="24"/>
        </w:rPr>
        <w:t xml:space="preserve"> Внесение истцом на депозит суммы, уплаченной покупателем, подтверждает его платёжеспособность. Обязанность истца внести на счёт Управления Судебного департамента уплаченную покупателем сумму разъяснена в пункте 1.2 постановления Пленума Верховного Суда РСФСР от 10.06.1980 № 4 «О некоторых вопросах практики рассмотрения судами споров, возникающих между участниками общей собственности на жилой дом» и последовательно применяется судами.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 и пределы распоряжения долей.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209 ГК РФ установлено: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 Распоряжение долей с нарушением преимущественного права других сособственников нарушает их законные интересы.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Ответчик 1 должен доказать надлежащее извещение истца о продаже на тех условиях, на которых доля фактически продана; истец — дату, когда он узнал о продаже, и свою платёжеспособность.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установлено: «Собственнику принадлежат права владения, пользования и распоряжения своим имуществом.»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прокурора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Гражданского процессуального кодекса Российской Федерации (далее — ГПК РФ)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Иски о вселении, выселении, о признании права пользования жилым помещением и об определении порядка пользования относятся к искам о правах на недвижимое имущество (п. 2 постановления Пленума Верховного Суда РФ и Пленума ВАС РФ от 29.04.2010 № 10/22), поэтому иск предъявляется по месту нахождения жилого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250 ГК РФ, статьями 30,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Перевести на [Ф. И. О. истца] права и обязанности покупателя [__] доли в праве общей долевой собственности на жилое помещение по адресу: [адрес], кадастровый номер [__], по договору купли-продажи от «[дата]», заключённому между [ответчиком 1] и [ответчиком 2].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истца в пользу ответчика 2 уплаченную им по договору цену доли [сумма] рублей и расходы по оформлению сделки [сумма] рублей за счёт денежных средств, внесённых истцом на депозит.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Указать, что решение является основанием для внесения в ЕГРН записи о праве истца на [__] долю и прекращении права ответчика 2.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о правах на жилое помещение, включая запись о переходе права к ответчику 2.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договора купли-продажи доли (или сведения о нём).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извещении истца (если было) — с доказательством его несоответствия условиям продажи.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 о внесении денежных средств на депозит.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Доказательства даты, когда истец узнал о продаже.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Трёхмесячный срок для иска считается с момента, когда истец узнал или должен был узнать о нарушении своего права; пропуск срока — самостоятельное основание для отказа.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Без внесения денег на депозит суд, как правило, откажет — подтверждение платёжеспособности обязательно.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Преимущественное право не применяется к дарению и мене на неравноценное имущество; если «дарение» прикрывало продажу, заявите притворность сделки (п. 2 ст. 170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