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нахождения жилого помещения]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наниматель / член семьи нанимателя по договору социального найма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наниматель / члены семьи нанимателя, не согласные на обмен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[администрация муниципального образования / наймодатель]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наниматели (собственники) жилых помещений, участвующих в обмене: [Ф. И. О., адреса]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3 п. 1 ст. 333.19 НК РФ — неимущественное требование]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принудительном обмене жилого помещения, занимаемого по договору социального найма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[Квартира (комната, жилой дом)] по адресу: [адрес], общей площадью [__] кв. м, кадастровый номер [__] (далее — жилое помещение) предоставлено по договору социального найма от «[дата]» № [номер]. Нанимателем является [Ф. И. О.], членами семьи — [перечень]. [Брак между истцом и ответчиком расторгнут «[дата]»], стороны перестали быть одной семьёй, совместное проживание невозможно из-за [постоянных конфликтов — указать, приложить обращения в полицию].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подобрал вариант обмена: [квартира № __ по адресу __ (наниматель [Ф. И. О.]), площадью __ кв. м, — для истца; квартира № __ по адресу __, площадью __ кв. м, — для ответчика]. Варианты равноценны по площади и благоустройству, отвечают требованиям ст. 72 ЖК РФ, наниматели этих помещений и их наймодатели согласны на обмен. Ответчик от обмена отказывается без уважительных причин.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обмен.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72 ЖК РФ установлено: «Наниматель жилого помещения по договору социального найма с согласия в письменной форме наймодателя и проживающих совместно с ним членов его семьи, в том числе временно отсутствующих членов его семьи, вправе осуществить обмен занимаемого ими жилого помещения на жилое помещение, предоставленное по договору социального найма другому нанимателю.» Частью 2 той же статьи предусмотрено: «Проживающие совместно с нанимателем члены его семьи вправе требовать от нанимателя обмена занимаемого ими жилого помещения по договору социального найма на жилые помещения, предоставленные по договорам социального найма другим нанимателям и находящиеся в разных домах или квартирах.»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Принудительный обмен.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72 ЖК РФ определено: «Если между нанимателем жилого помещения по договору социального найма и проживающими совместно с ним членами его семьи не достигнуто соглашение об обмене, любой из них вправе требовать осуществления принудительного обмена занимаемого жилого помещения в судебном порядке. При этом учитываются заслуживающие внимания доводы и законные интересы лиц, проживающих в обмениваемом жилом помещении. В случае необходимости принудительного обмена жилого помещения, занимаемого по договору социального найма несовершеннолетним (несовершеннолетними) и гражданами, лишенными в отношении этих несовершеннолетних родительских прав, иными совместно проживающими с несовершеннолетним (несовершеннолетними) лицами, соответствующее требование в суд вправе предъявить законные представители несовершеннолетних, орган опеки и попечительства либо прокурор, если совместное проживание этих граждан с такими несовершеннолетними нарушает права и законные интересы несовершеннолетних.» Отказ ответчика не основан на заслуживающих внимания доводах и интересах: предложенное ему помещение [равноценно / находится в том же районе / не ухудшает его жилищных условий].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Несовершеннолетние.</w:t>
      </w:r>
      <w:r>
        <w:rPr>
          <w:rFonts w:ascii="Times New Roman" w:hAnsi="Times New Roman"/>
          <w:b w:val="0"/>
          <w:i w:val="0"/>
          <w:sz w:val="24"/>
        </w:rPr>
        <w:t xml:space="preserve"> [Если в помещениях проживают дети:] Частью 4 статьи 72 ЖК РФ установлено: «Обмен жилыми помещениями, которые предоставлены по договорам социального найма и в которых проживают несовершеннолетние, недееспособные или ограниченно дееспособные граждане, являющиеся членами семей нанимателей данных жилых помещений, допускается с предварительного согласия органов опеки и попечительства. Органы опеки и попечительства отказывают в даче такого согласия в случае, если обмен жилыми помещениями, предоставленными по договорам социального найма, нарушает права или законные интересы указанных лиц. Решения органов опеки и попечительства о даче согласия на обмен жилыми помещениями или об отказе в даче такого согласия принимаются в письменной форме и предоставляются заявителям в течение четырнадцати рабочих дней со дня подачи ими соответствующих заявлений. Предоставление заявителям решений органов опеки и попечительства о даче согласия на обмен жилыми помещениями или об отказе в даче такого согласия может осуществляться через многофункциональный центр.» Согласие органа опеки получено [документ прилагается].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Ограничений для обмена нет.</w:t>
      </w:r>
      <w:r>
        <w:rPr>
          <w:rFonts w:ascii="Times New Roman" w:hAnsi="Times New Roman"/>
          <w:b w:val="0"/>
          <w:i w:val="0"/>
          <w:sz w:val="24"/>
        </w:rPr>
        <w:t xml:space="preserve"> Статьёй 73 ЖК РФ предусмотрено: «Обмен жилыми помещениями между нанимателями данных помещений по договорам социального найма не допускается в случае, если:» «к нанимателю обмениваемого жилого помещения предъявлен иск о расторжении или об изменении договора социального найма жилого помещения» «право пользования обмениваемым жилым помещением оспаривается в судебном порядке» «обмениваемое жилое помещение признано в установленном порядке непригодным для проживания» «принято решение о сносе соответствующего дома или его переоборудовании для использования в других целях» «принято решение о капитальном ремонте соответствующего дома с переустройством и (или) перепланировкой жилых помещений в этом доме» Ни одно из этих обстоятельств к обмениваемым помещениям не относится.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Оформление обмена.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74 ЖК РФ установлено: «Обмен жилыми помещениями между нанимателями данных помещений по договорам социального найма осуществляется с согласия соответствующих наймодателей на основании заключенного между указанными нанимателями договора об обмене жилыми помещениями.» Частью 4 той же статьи: «Отказ наймодателя в даче согласия на обмен жилыми помещениями допускается только в случаях, предусмотренных статьей 73 настоящего Кодекса. Отказ наймодателя в даче согласия на обмен может быть обжалован в судебном порядке.»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члена семьи нанимателя.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69 ЖК РФ определено: «Члены семьи нанимателя жилого помещения по договору социального найма имеют равные с нанимателем права и обязанности.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обязательствам, вытекающим из договора социального найма.»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Защита жилищных прав.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3 Жилищного кодекса Российской Федерации (далее — ЖК РФ) установлено: «Никто не может быть выселен из жилища или ограничен в праве пользования жилищем, в том числе в праве получения коммунальных услуг, иначе как по основаниям и в порядке, которые предусмотрены настоящим Кодексом, другими федеральными законами.» Согласно части 3 статьи 11 ЖК РФ защита жилищных прав осуществляется, в частности, путём «признания жилищного права», «восстановления положения, существовавшего до нарушения жилищного права, и пресечения действий, нарушающих это право или создающих угрозу его нарушения» и «прекращения или изменения жилищного правоотношения»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участие прокурора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30 Гражданского процессуального кодекса Российской Федерации (далее — ГПК РФ) установлено: «Иски о правах на земельные участки, участки недр, здания, в том числе жилые и нежилые помещения, строения, сооружения, другие объекты, прочно связанные с землей, а также об освобождении имущества от ареста предъявляются в суд по месту нахождения этих объектов или арестованного имущества.» Иски о вселении, выселении, о признании права пользования жилым помещением и об определении порядка пользования относятся к искам о правах на недвижимое имущество (п. 2 постановления Пленума Верховного Суда РФ и Пленума ВАС РФ от 29.04.2010 № 10/22), поэтому иск предъявляется по месту нахождения жилого помещения.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11, 69, 72–74 ЖК РФ, статьями 30,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Произвести принудительный обмен жилого помещения по адресу: [адрес], занимаемого по договору социального найма, по варианту: [Ф. И. О. истца] переселить в жилое помещение по адресу [__]; [Ф. И. О. ответчика] — в жилое помещение по адресу [__]; [Ф. И. О. нанимателей встречных помещений] — в жилое помещение по адресу 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Обязать наймодателей заключить с участниками обмена договоры социального найма на полученные жилые помещения.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судебные расходы: по уплате государственной пошлины в размере [сумма] рублей,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договора социального найма; выписка из домовой книги.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 о вариантах обмена: договоры соцнайма встречных помещений, технические паспорта, согласия нанимателей и наймодателей.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Разрешение органа опеки [если проживают несовершеннолетние].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Доказательства невозможности совместного проживания (обращения в полицию, решения о расторжении брака).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производит принудительный обмен только по конкретному варианту, подобранному истцом; иск «обязать ответчика разменяться» без варианта не удовлетворяют.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Принудительный обмен возможен только для жилья по договору социального найма; для квартиры в собственности нужен раздел, выдел доли или её продажа.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Учитываются заслуживающие внимания доводы и интересы всех проживающих (ч. 3 ст. 72 ЖК РФ): возраст, здоровье, место работы и учёбы.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