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супруг(а) / бывший супруг(а)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супруг(а) / бывший супруг(а)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[стоимость имущества, которое истец просит признать личным]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имущества личной собственностью супруга и исключении его из состава общего имущества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и ответчик состоят в зарегистрированном браке с «[дата]». Брак зарегистрирован [наименование органа ЗАГС], запись акта о заключении брака № [номер] (свидетельство о заключении брака [серия, номер]). [Брак расторгнут / не расторгнут.]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«[дата]», в период брака, на имя истца приобретено [имущество: квартира по адресу __, кадастровый номер __ / автомобиль __] стоимостью [сумма] рублей. Однако это имущество приобретено не за счёт общих доходов супругов, а исключительно на личные средства истца: [указать: денежные средства от продажи квартиры, принадлежавшей истцу до брака (договор купли-продажи от «[дата]»); средства, подаренные истцу [Ф. И. О.] по договору дарения от «[дата]»; средства, полученные по наследству].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Связь между личными средствами и приобретённым имуществом подтверждается [совпадением дат и сумм: «[дата]» на счёт истца поступило [сумма] рублей от продажи добрачной квартиры, «[дата]» с того же счёта оплачена покупка; договором дарения денег целевого назначения; выписками по счёту].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считает спорное имущество общим и [заявил требование о его разделе / препятствует распоряжению им / его кредиторы требуют выдела его доли]. В связи с этим истец вынужден обратиться в суд.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Личное имущество супруга.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36 Семейного кодекса Российской Федерации (далее — СК РФ) «Имущество, принадлежавшее каждому из супругов до вступления в брак, а также имущество, полученное одним из супругов во время брака в дар, в порядке наследования или по иным безвозмездным сделкам (имущество каждого из супругов), является его собственностью.» Аналогичное правило содержится в пункте 2 статьи 256 Гражданского кодекса Российской Федерации (далее — ГК РФ): «Имущество, принадлежавшее каждому из супругов до вступления в брак, а также полученное одним из супругов во время брака в дар или в порядке наследования, является его собственностью.»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Общее имущество — только нажитое на общие средства.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34 СК РФ установлено: «Имущество, нажитое супругами во время брака, является их совместной собственностью.» Пунктом 2 той же статьи определён состав общего имущества: «К имуществу, нажитому супругами во время брака (общему имуществу супругов), относятся доходы каждого из супругов от трудовой деятельности, предпринимательской деятельности и результатов интеллектуальной деятельности, полученные ими пенсии, пособия, а также иные денежные выплаты, не имеющие специального целевого назначения (суммы материальной помощи, суммы, выплаченные в возмещение ущерба в связи с утратой трудоспособности вследствие увечья либо иного повреждения здоровья, и другие). Общим имуществом супругов являются также приобретенные за счет общих доходов супругов движимые и недвижимые вещи, ценные бумаги, паи, вклады, доли в капитале, внесенные в кредитные учреждения или в иные коммерческие организации, и любое другое нажитое супругами в период брака имущество независимо от того, на имя кого из супругов оно приобретено либо на имя кого или кем из супругов внесены денежные средства.» Решающее значение имеет не дата приобретения, а источник средств. Имущество, приобретённое в браке на личные средства одного из супругов, принадлежавшие ему до брака или полученные в дар или по наследству, общим не является (п. 15 постановления Пленума Верховного Суда РФ от 05.11.1998 № 15 «О применении судами законодательства при рассмотрении дел о расторжении брака»).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Обратное правило к истцу не применимо.</w:t>
      </w:r>
      <w:r>
        <w:rPr>
          <w:rFonts w:ascii="Times New Roman" w:hAnsi="Times New Roman"/>
          <w:b w:val="0"/>
          <w:i w:val="0"/>
          <w:sz w:val="24"/>
        </w:rPr>
        <w:t xml:space="preserve"> Статья 37 СК РФ позволяет признать личное имущество общим лишь при значительных вложениях за счёт общих средств: «Имущество каждого из супругов может быть признано судом их совместной собственностью, если будет установлено, что в период брака за счет общего имущества супругов или имущества каждого из супругов либо труда одного из супругов были произведены вложения, значительно увеличивающие стоимость этого имущества (капитальный ремонт, реконструкция, переоборудование и другие).» Таких вложений в спорное имущество не производилось [либо: стоимость произведённых из общих средств улучшений незначительна по сравнению со стоимостью имущества].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имущество приобретено после фактического прекращения семейных отношений:] Пунктом 4 статьи 38 СК РФ предусмотрено: «Суд может признать имущество, нажитое каждым из супругов в период их раздельного проживания при прекращении семейных отношений, собственностью каждого из них.»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представляет доказательства происхождения средств, на которые приобретено имущество.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Требование о признании права собственности вытекает из семейных отношений; в силу пункта 1 статьи 9 СК РФ «На требования, вытекающие из семейных отношений, исковая давность не распространяется, за исключением случаев, если срок для защиты нарушенного права установлен настоящим Кодексом.» [Если брак расторгнут и спор связан с разделом — трёхлетний срок по п. 7 ст. 38 СК РФ, исчисляемый со дня, когда истец узнал о нарушении своего права.]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Гражданского процессуального кодекса Российской Федерации (далее — ГПК РФ): «Иск предъявляется в суд по месту жительства ответчика. Иск к организации предъявляется в суд по адресу организации.» Ответчик проживает по адресу: [адрес], что относится к территориальной подсудности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части 1 статьи 88 ГПК РФ «Судебные расходы состоят из государственной пошлины и издержек, связанных с рассмотрением дела.» Статьёй 94 ГПК РФ к издержкам, связанным с рассмотрением дела, отнесены, в частности, «расходы на оплату услуг представителей» и «связанные с рассмотрением дела почтовые расходы, понесенные сторонами»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Для защиты нарушенного права истец обратился за юридической помощью и понёс расходы в размере [сумма] рублей [и почтовые расходы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34, 36–38 СК РФ, статьёй 256 ГК РФ, статьями 56, 98, 100,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[имущество: квартиру по адресу __, кадастровый номер __ / автомобиль __] личной собственностью [Ф. И. О. истца] и исключить его из состава общего имущества супругов.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[Если право собственности зарегистрировано на ответчика:] Признать за истцом право собственности на [имущество] и прекратить право собственности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свидетельства о заключении (расторжении) брака.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приобретении спорного имущества (договор, выписка из ЕГРН, ПТС).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происхождении личных средств: договор продажи добрачного имущества, договор дарения, свидетельство о праве на наследство.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Выписки по счетам, подтверждающие движение личных средств к оплате покупки.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Доказательства даты прекращения семейных отношений [если применяется п. 4 ст. 38 СК РФ].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Самое сильное доказательство — «денежный след»: поступление личных средств на счёт и оплата покупки с того же счёта в короткий срок.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на покупку пошли и личные, и общие средства, требуйте признать личной только долю, пропорциональную вложенным личным средствам.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Подарок от родственника деньгами лучше подтверждать письменным договором дарения с указанием цели — суды критически относятся к устным утверждениям о подаренных средствах.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при цене иска до 50 000 рублей — мировой судья (п. 3 ч. 1 ст. 23 ГПК РФ), при большей — районный суд; спор о правах на недвижимость часть судов рассматривает по месту её нахождения (ч. 1 ст. 30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