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имущества]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[муниципальное образование / территориальное управление Росимущества / кредитор наследодателя / иное заинтересованное лицо]</w:t>
      </w:r>
      <w:r>
        <w:rPr>
          <w:rFonts w:ascii="Times New Roman" w:hAnsi="Times New Roman"/>
          <w:b w:val="0"/>
          <w:i w:val="0"/>
          <w:sz w:val="24"/>
        </w:rPr>
        <w:br/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[ИНН, ОГРН — для организаций]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[лица, претендующие на имущество / наследники, отстранённые или не принявшие наследство]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нотариус [Ф. И. О.], нотариальный округ [__]</w:t>
      </w:r>
      <w:r>
        <w:rPr>
          <w:rFonts w:ascii="Times New Roman" w:hAnsi="Times New Roman"/>
          <w:b w:val="0"/>
          <w:i w:val="0"/>
          <w:sz w:val="24"/>
        </w:rPr>
        <w:br/>
        <w:t>адрес: [адрес нотариальной конторы]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[стоимость имущества]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[органы государственной власти и местного самоуправления освобождены от госпошлины (подп. 19 п. 1 ст. 333.36 НК РФ); иные лица — по подп. 1 п. 1 ст. 333.19 НК РФ]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имущества выморочным и признании права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умер(ла) [Ф. И. О. наследодателя], «[дата рождения]» года рождения (свидетельство о смерти [серия, номер], выдано [орган ЗАГС] «[дата]») (далее — наследодатель). Последнее место жительства наследодателя: [адрес].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Наследодателю принадлежало [жилое помещение по адресу __ / земельный участок / иное имущество], что подтверждается [выпиской из ЕГРН].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Наследников ни по закону, ни по завещанию у наследодателя [нет / никто из наследников не принял наследство в установленный срок / все наследники отказались от наследства / отстранены от наследования]. Шестимесячный срок для принятия наследства истёк «[дата]». Наследственное дело [не открывалось / открыто нотариусом [Ф. И. О.] № __, заявлений о принятии наследства не поступало].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Имущество фактически бесхозяйно: [квартира пустует, накапливается задолженность по оплате ЖКУ [сумма] рублей / участок зарастает / имущество используется посторонними лицами без оснований]. [Для кредитора: у наследодателя имеется непогашенный долг перед истцом в размере [сумма] рублей, который может быть погашен только за счёт выморочного имущества.]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Открытие наследства.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1113 Гражданского кодекса Российской Федерации (далее — ГК РФ) «Наследство открывается со смертью гражданина. Объявление судом гражданина умершим влечет за собой те же правовые последствия, что и смерть гражданина.» Пунктом 1 статьи 1114 ГК РФ установлено: «Временем открытия наследства является момент смерти гражданина. При объявлении гражданина умершим днем открытия наследства является день вступления в законную силу решения суда об объявлении гражданина умершим, а в случае, когда в соответствии с пунктом 3 статьи 45 настоящего Кодекса днем смерти гражданина признан день его предполагаемой гибели, - день и момент смерти, указанные в решении суда.» Статьёй 1112 ГК РФ определено: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Понятие выморочного имущества.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1151 Гражданского кодекса Российской Федерации (далее — ГК РФ) установлено: «В случае, если отсутствуют наследники как по закону, так и по завещанию, либо никто из наследников не имеет права наследовать или все наследники отстранены от наследования (статья 1117),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 (статья 1158), имущество умершего считается выморочным.»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 кому переходит выморочное имущество.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той же статьи «В порядке наследования по закону в собственность городского или сельского поселения, муниципального района (в части межселенных территорий) либо муниципального, городского округа переходит следующее выморочное имущество, находящееся на соответствующей территории:» «жилое помещение» «земельный участок, а также расположенные на нем здания, сооружения, иные объекты недвижимого имущества» «доля в праве общей долевой собственности на указанные в абзацах втором и третьем настоящего пункта объекты недвижимого имущества.» «Если указанные объекты расположены в субъекте Российской Федерации - городе федерального значения Москве, Санкт-Петербурге или Севастополе, они переходят в собственность такого субъекта Российской Федерации.» «Жилое помещение, указанное в абзаце втором настоящего пункта, включается в соответствующий жилищный фонд социального использования.» «Иное выморочное имущество переходит в порядке наследования по закону в собственность Российской Федерации.»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Принятие не требуется.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1152 ГК РФ предусмотрено: «Для приобретения выморочного имущества (статья 1151) принятие наследства не требуется.» Абзацем вторым пункта 1 статьи 1157 ГК РФ установлено: «При наследовании выморочного имущества отказ от наследства не допускается.»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по долгам наследодателя.</w:t>
      </w:r>
      <w:r>
        <w:rPr>
          <w:rFonts w:ascii="Times New Roman" w:hAnsi="Times New Roman"/>
          <w:b w:val="0"/>
          <w:i w:val="0"/>
          <w:sz w:val="24"/>
        </w:rPr>
        <w:t xml:space="preserve"> [Для кредитора:] Пунктом 1 статьи 1175 ГК РФ определено: «Наследники, принявшие наследство, отвечают по долгам наследодателя солидарно (статья 323).» «Каждый из наследников отвечает по долгам наследодателя в пределах стоимости перешедшего к нему наследственного имущества.» Публично-правовое образование, к которому перешло выморочное имущество, отвечает по долгам наследодателя в пределах его стоимости. Разъяснения по применению этих норм даны в постановлении Пленума Верховного Суда РФ от 29.05.2012 № 9 «О судебной практике по делам о наследовании».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принятия наследства истёк.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1154 ГК РФ установлено: «Наследство может быть принято в течение шести месяцев со дня открытия наследства.» Ни один из наследников в этот срок наследство не принял.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о правах на недвижимое имущество предъявляется по месту его нахождения: частью 1 статьи 30 ГПК РФ установлено, что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Спорное имущество находится по адресу: [адрес]. Дела о наследовании мировой судья не рассматривает (п. 4 ч. 1 ст. 23 ГПК РФ), поэтому иск подаётся в районный (городской) суд.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1151, 1152, 1154, 1157, 1175 ГК РФ, статьями 30,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[имущество: жилое помещение с кадастровым номером __ по адресу __] выморочным имуществом, оставшимся после смерти [Ф. И. О. наследодателя], умершего(ей)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Признать право собственности [муниципального образования __ / Российской Федерации] на указанное имущество.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[Для кредитора:] Взыскать с [муниципального образования / Российской Федерации в лице __] задолженность наследодателя в размере [сумма] рублей в пределах стоимости перешедшего выморочного имущества.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свидетельства о смерти наследодателя.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Выписка из ЕГРН на имущество наследодателя.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Сведения нотариальной палаты о наследственном деле (или об отсутствии наследственного дела).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Сведения о регистрации по месту жительства в жилом помещении (выписка из домовой книги).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долге наследодателя [для кредитора].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Документы о стоимости имущества.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10.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Муниципалитет и Российская Федерация получают выморочное имущество без принятия наследства и не могут от него отказаться — свидетельство нотариус выдаёт им по заявлению; в суд обращаются при спорах.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Жильё, земля и доли в них переходят муниципалитету (в Москве, Санкт-Петербурге, Севастополе — городу), остальное имущество, включая деньги на счетах и автомобили, — Российской Федерации (Росимуществу).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Кредитору наследодателя удобнее сразу предъявлять иск о взыскании долга к муниципалитету или Росимуществу в пределах стоимости выморочного имущества (ст. 1175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