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товарищества]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член товарищества / собственник участка без членства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садоводческое (огородническое) некоммерческое товарищество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 решения общего собрания членов товарищества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[членом СНТ «__» / собственником участка № __ в границах территории товарищества без членства]. «[дата]» проведено [очное / очно-заочное / заочное] общее собрание членов товарищества (протокол № __ от «[дата]»), на котором приняты решения: [утверждение сметы и взносов на __ год в размере __; избрание председателя __; исключение истца из членов; отказ в подключении к электросетям; утверждение целевого взноса].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 нарушает права истца: [возлагает необоснованные расходы / лишает членства / ограничивает пользование имуществом общего пользования]. Истец [не участвовал в собрании / голосовал против].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 проведении собрания допущены нарушения: [уведомление о собрании не направлялось и не размещалось на информационном щите за две недели; в повестке отсутствовал вопрос __; кворума не было — из [__] членов участвовало [__], в том числе по доверенностям, не удостоверенным надлежащим образом; решение о взносах принято без утверждения ФЭО / простым большинством вместо двух третей; протокол не содержит списка участников с подписями].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181.3 ГК РФ: «Решение собрания недействительно по основаниям, установленным настоящим Кодексом или иными законами, в силу признания его таковым судом (оспоримое решение) или независимо от такого признания (ничтожное решение).» «Недействительное решение собрания оспоримо, если из закона не следует, что решение ничтожно.»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Оспоримость.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181.4 ГК РФ: «Решение собрания может быть признано судом недействительным при нарушении требований закона, в том числе в случае, если:» «допущено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собрания» «у лица, выступавшего от имени участника собрания, отсутствовали полномочия» «допущено нарушение равенства прав участников гражданско-правового сообщества при проведении заседания общего собрания или заочного голосования» «допущено существенное нарушение правил составления протокола, в том числе правила о письменной форме протокола (пункт 3 статьи 181.2).» Пунктом 3: «Решение собрания вправе оспорить в суде участник соответствующего гражданско-правового сообщества, не принимавший участия в заседании или заочном голосовании либо голосовавший против принятия оспариваемого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Ничтожность.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181.5 ГК РФ: «Если иное не предусмотрено законом, решение собрания ничтожно в случае, если оно:» «принято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сообщества» «принято при отсутствии необходимого кворума» «принято по вопросу, не относящемуся к компетенции собрания» «противоречит основам правопорядка или нравственности.»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Закона № 217-ФЗ к собранию.</w:t>
      </w:r>
      <w:r>
        <w:rPr>
          <w:rFonts w:ascii="Times New Roman" w:hAnsi="Times New Roman"/>
          <w:b w:val="0"/>
          <w:i w:val="0"/>
          <w:sz w:val="24"/>
        </w:rPr>
        <w:t xml:space="preserve"> Частью 13 статьи 17 Федерального закона от 29.07.2017 № 217-ФЗ «О ведении гражданами садоводства и огородничества для собственных нужд…» (далее — Закон № 217-ФЗ): «Уведомление о проведении общего собрания членов товарищества не менее чем за две недели до дня его проведения:» «направляется по адресам, указанным в реестре членов товарищества (при наличии электронного адреса уведомление направляется только в форме электронного сообщения)» «размещается на сайте товарищества в информационно-телекоммуникационной сети "Интернет" (при его наличии)» «размещается на информационном щите, расположенном в границах территории садоводства или огородничества.» Частью 15: «В уведомлении о проведении общего собрания членов товарищества должны быть указаны перечень вопросов, подлежащих рассмотрению на общем собрании членов товарищества, дата, время и место проведения общего собрания членов товарищества, а также способ ознакомления с проектами документов и иными материалами, планируемыми к рассмотрению на общем собрании членов товарищества. Включение в указанный перечень дополнительных вопросов непосредственно при проведении такого собрания не допускается.» Частью 19: «Общее собрание членов товарищества правомочно, если на указанном собрании присутствует более чем пятьдесят процентов членов товарищества или их представителей.» Частью 2: «По вопросам, указанным в пунктах 1 - 6, 10, 17, 21 - 26 части 1 настоящей статьи, решения общего собрания членов товарищества принимаются квалифицированным большинством не менее двух третей голосов от общего числа участвующих в общем собрании членов товарищества.» Частью 25: «Решения общего собрания членов товарищества оформляются протоколом с указанием результатов голосования и приложением к нему списка с подписью каждого члена товарищества либо каждого представителя члена товарищества, принявших участие в общем собрании членов товарищества. Протокол общего собрания членов товарищества подписывается председательствующим на общем собрании членов товарищества. В случае принятия общим собранием членов товарищества решения путем очно-заочного голосования к такому решению также прилагаются решения в письменной форме лиц, указанных в пункте 2 части 24 настоящей статьи. В случае участия в общем собрании членов товарищества лиц, указанных в части 1 статьи 5 настоящего Федерального закона, результаты голосования таких лиц по вопросам повестки общего собрания членов товарищества оформляются по правилам, предусмотренным настоящей частью для оформления результатов голосования членов товарищества.»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обжалование лица без членства.</w:t>
      </w:r>
      <w:r>
        <w:rPr>
          <w:rFonts w:ascii="Times New Roman" w:hAnsi="Times New Roman"/>
          <w:b w:val="0"/>
          <w:i w:val="0"/>
          <w:sz w:val="24"/>
        </w:rPr>
        <w:t xml:space="preserve"> Частью 8 статьи 5 Закона № 217-ФЗ: «Лица, указанные в части 1 настоящей статьи, обладают правом обжаловать решения органов товарищества, влекущие для этих лиц гражданско-правовые последствия, в случаях и в порядке, которые предусмотрены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 Истец узнал о решении «[дата]» [из объявления на щите / при получении выписки из протокола]. </w:t>
      </w:r>
      <w:r>
        <w:rPr>
          <w:rFonts w:ascii="Times New Roman" w:hAnsi="Times New Roman"/>
          <w:b/>
          <w:i w:val="0"/>
          <w:sz w:val="24"/>
        </w:rPr>
        <w:t>Уведомление участников.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181.4 ГК РФ: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Истец уведомил членов товарищества [объявлением на информационном щите от «[дата]» / публикацией в группе товарищества].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доказательств.</w:t>
      </w:r>
      <w:r>
        <w:rPr>
          <w:rFonts w:ascii="Times New Roman" w:hAnsi="Times New Roman"/>
          <w:b w:val="0"/>
          <w:i w:val="0"/>
          <w:sz w:val="24"/>
        </w:rPr>
        <w:t xml:space="preserve"> Истец просит обязать ответчика представить реестр членов товарищества, бюллетени, доверенности, доказательства уведомления о собрании и протокол со списком участников (ст. 57 ГПК РФ); бремя доказывания соблюдения порядка созыва и кворума лежит на товариществе.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адресу ответчика (ст. 28 ГПК РФ: «Иск предъявляется в суд по месту жительства ответчика. Иск к организации предъявляется в суд по адресу организации.»). 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181.3–181.5 ГК РФ, статьями 5, 17 Закона № 217-ФЗ, статьями 28, 57,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недействительными [ничтожными] решения общего собрания членов [СНТ «__»], оформленные протоколом № [__] от «[дата]», [полностью / по вопросам №№ __ повестки дня].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ответчика представить реестр членов товарищества на дату собрания, бюллетени, доверенности и доказательства уведомления о собрании.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членстве / праве на участок (членская книжка, выписка ЕГРН).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протокола (выписки) общего собрания [если получена]; заявление о её предоставлении.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нарушений (фото информационного щита, переписка, список членов, подсчёт кворума).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уведомления участников товарищества о намерении обратиться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Устав товарищества.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шесть месяцев с момента, когда вы узнали о решении, но не более двух лет с момента, когда оно стало общедоступным.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 забудьте заблаговременно письменно уведомить других членов товарищества о намерении обратиться в суд (объявление на щите с фотофиксацией) — иначе иск оставят без движения.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не признают недействительным, если ваш голос не мог повлиять на его принятие и решение не влечёт для вас существенных неблагоприятных последствий (п. 4 ст. 181.4 ГК РФ) — опишите эти последствия конкретно.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