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нахождения недвижимого имущества]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правообладатель земельного участка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администрация [муниципального образования]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Управление Росреестра по [субъект РФ]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[стоимость постройки]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1 п. 1 ст. 333.19 НК РФ от цены иска — кадастровой (рыночной) стоимости объекта]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права собственности на самовольную постройку [реконструированный объект]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Истцу на праве [собственности / пожизненного наследуемого владения / аренды] принадлежит земельный участок с кадастровым номером [__], площадью [__] кв. м, категория земель — [__], вид разрешённого использования — [для ИЖС / ведения садоводства / ЛПХ] (выписка из ЕГРН).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[год] истец своими силами и за свой счёт возвёл на участке [жилой дом / пристройку / гараж / реконструировал дом с увеличением площади с __ до __ кв. м] (далее — Постройка) [без уведомления о планируемом строительстве / без разрешения на реконструкцию / с отступлением от параметров].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обращался в [администрацию / Росреестр] за [выдачей уведомления о соответствии / регистрацией], однако получил отказ от «[дата]» № __ со ссылкой на [__]. Иной возможности легализовать Постройку, кроме судебной, нет.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техническому заключению [организация, номер СРО] № __ от «[дата]» Постройка соответствует строительным, градостроительным, противопожарным и санитарным нормам, не создаёт угрозы жизни и здоровью граждан; [расстояния до границ соседних участков — __ м]. Технический план подготовлен кадастровым инженером «[дата]».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Понятие самовольной постройки.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222 ГК РФ установлено: «Самовольной постройкой является здание, сооружение или другое строение, возведенные или созданные на земельном участке, не предоставленном в установленном порядке, или на земельном участке, разрешенное использование которого не допускает строительства на нем данного объекта, либо возведенные или созданные без получения на это необходимых в силу закона согласований, разрешений или с нарушением градостроительных и строительных норм и правил, если разрешенное использование земельного участка, требование о получении соответствующих согласований, разрешений и (или)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Условия признания права.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222 ГК РФ: «Право собственности на самовольную постройку может быть признано судом, а в предусмотренных законом случаях в ином установленном законом порядке за лицом, в собственности, пожизненном наследуемом владении, постоянном (бессрочном) пользовании которого находится земельный участок, на котором создана постройка, при одновременном соблюдении следующих условий:» «если в отношении земельного участка лицо, осуществившее постройку, имеет права, допускающие строительство на нем данного объекта» «если на день обращения в суд постройка соответствует установленным требованиям» «если сохранение постройки не нарушает права и охраняемые законом интересы других лиц и не создает угрозу жизни и здоровью граждан.»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Все условия соблюдены: участок принадлежит истцу на праве, допускающем строительство такого объекта, его вид разрешённого использования предусматривает размещение [жилого дома]; Постройка соответствует установленным требованиям на день обращения в суд (техническое заключение); её сохранение не нарушает права других лиц [согласия соседей прилагаются] и не создаёт угрозы жизни и здоровью граждан.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Разъяснения Верховного Суда РФ.</w:t>
      </w:r>
      <w:r>
        <w:rPr>
          <w:rFonts w:ascii="Times New Roman" w:hAnsi="Times New Roman"/>
          <w:b w:val="0"/>
          <w:i w:val="0"/>
          <w:sz w:val="24"/>
        </w:rPr>
        <w:t xml:space="preserve"> В постановлении Пленума Верховного Суда РФ от 12.12.2023 № 44 «О некоторых вопросах, возникающих в судебной практике при применении норм о самовольной постройке» разъяснено, что иск о признании права собственности на самовольную постройку подлежит удовлетворению при установлении того, что единственными признаками самовольной постройки являются отсутствие разрешения на строительство и (или) акта ввода в эксплуатацию, к получению которых лицо принимало меры; суд проверяет соответствие постройки требованиям и отсутствие угрозы, при необходимости назначая экспертизу.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Основание приобретения права.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218 ГК РФ: «Право собственности на новую вещь, изготовленную или созданную лицом для себя с соблюдением закона и иных правовых актов, приобретается этим лицом.» Пунктом 1 статьи 263 ГК РФ: «Собственник земельного участка может возводить на нем здания и сооружения, осуществлять их перестройку или снос, разрешать строительство на своем участке другим лицам. Эти права осуществляются при условии соблюдения градостроительных и строительных норм и правил, а также требований о целевом назначении земельного участка (пункт 2 статьи 260).» Пунктом 2: «Если иное не предусмотрено законом или договором, собственник земельного участка приобретает право собственности на здание, сооружение и иное недвижимое имущество, возведенное или созданное им для себя на принадлежащем ему участке.»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регистрация.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8.1 ГК РФ: «Права на имущество, подлежащие государственной регистрации, возникают, изменяются и прекращаются с момента внесения соответствующей записи в государственный реестр, если иное не установлено законом.» Пунктом 6 той же статьи: «Зарегистрированное право может быть оспорено только в судебном порядке. Лицо, указанное в государственном реестре в качестве правообладателя, признается таковым, пока в установленном законом порядке в реестр не внесена запись об ином.»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Ходатайство об экспертизе.</w:t>
      </w:r>
      <w:r>
        <w:rPr>
          <w:rFonts w:ascii="Times New Roman" w:hAnsi="Times New Roman"/>
          <w:b w:val="0"/>
          <w:i w:val="0"/>
          <w:sz w:val="24"/>
        </w:rPr>
        <w:t xml:space="preserve"> При возникновении сомнений в соответствии Постройки требованиям истец ходатайствует о назначении строительно-технической экспертизы (ч. 1 ст. 79 ГПК РФ: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30 ГПК РФ установлено: «Иски о правах на земельные участки, участки недр, здания, в том числе жилые и нежилые помещения, строения, сооружения, другие объекты, прочно связанные с землей, а также об освобождении имущества от ареста предъявляются в суд по месту нахождения этих объектов или арестованного имущества.» Объект находится по адресу: [адрес], что относится к территории [наименование суда].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Цена иска определена исходя из [кадастровой / рыночной] стоимости объекта (п. 2 ч. 1 ст. 91 ГПК РФ) — [сумма] рублей (выписка из ЕГРН о кадастровой стоимости / отчёт об оценке).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8.1, 218, 222, 263 ГК РФ, статьями 30, 79, 98,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за истцом право собственности на [жилой дом / нежилое здание] площадью [__] кв. м, расположенный на земельном участке с кадастровым номером [__] по адресу: [адрес], в соответствии с техническим планом от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Указать, что вступившее в законную силу решение суда является основанием для государственной регистрации [права собственности истца / перехода права / прекращения права ответчика] в Едином государственном реестре недвижимости.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Выписка из ЕГРН на земельный участок (с видом разрешённого использования).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Технический план Постройки; техническое заключение о соответствии нормам; документы о квалификации специалиста.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Отказ администрации / Росреестра; уведомления и обращения истца.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Выписка из ПЗЗ (градостроительный регламент территориальной зоны), ГПЗУ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Нотариальные или письменные согласия смежных землепользователей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Документы о затратах на строительство.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10.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До суда обязательно попытайтесь легализовать объект во внесудебном порядке (уведомление о строительстве ИЖС, разрешение на реконструкцию): без этой попытки суд может отказать.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Ответчик — орган местного самоуправления; соседей с близко расположенными домами можно привлечь третьими лицами, чтобы исключить последующие споры.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Возможна судебная строительно-техническая экспертиза за счёт истца — заложите её стоимость.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Иски о правах на недвижимость рассматривает районный (городской) суд по месту нахождения объекта (ч. 1 ст. 30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