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[мировой судья / районный (городской) суд — по месту жительства истца или адресу ответчика]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 в многоквартирном доме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ресурсоснабжающая организация (региональный оператор по обращению с ТКО)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(ТСЖ): [наименование], 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(п. 3 ст. 17 Закона РФ «О защите прав потребителей», подп. 4 п. 2, п. 3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заключённым договора, содержащего положения о предоставлении коммунальных услуг, непосредственно с ресурсоснабжающей организацией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собственником [нанимателем] [квартиры / нежилого помещения] № [__] в многоквартирном доме по адресу: [адрес] (выписка из ЕГРН от «[дата]»). Управление домом с «[дата]» осуществляет ответчик на основании договора управления от «[дата]» [решения общего собрания собственников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Общим собранием собственников (протокол от «[дата]» № __) принято решение о заключении собственниками от своего имени договоров, содержащих положения о предоставлении коммунальных услуг [холодного водоснабжения, отопления, электроснабжения, обращения с ТКО], непосредственно с ресурсоснабжающими организациями с «[дата]» [либо: ответчик в одностороннем порядке отказался от договора ресурсоснабжения с УК в связи с её задолженностью; либо: прямые договоры сохранены при смене способа управления].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отказывается считать договор с истцом заключённым, продолжает выставлять плату через управляющую организацию [не принимает показания, не выдаёт платёжные документы], что приводит к двойным начислениям.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Прямые договоры.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157.2 ЖК РФ установлено: «При управлении многоквартирным домом управляющей организацией,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(далее в настоящей статье - собственники и пользователи помещений в многоквартирном доме) предоставляются ресурсоснабжающей организацией,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доме, действующим от своего имени, договором, содержащим положения о предоставлении коммунальных услуг, договором на оказание услуг по обращению с твердыми коммунальными отходами в следующих случаях:» «при принятии общим собранием собственников помещений в многоквартирном доме решения, предусмотренного пунктом 4.4 части 2 статьи 44 настоящего Кодекса» «при прекращении заключенных в соответствии с требованиями, установленными Правительством Российской Федерации, между управляющей организацией, товариществом собственников жилья либо жилищным кооперативом или иным специализированным потребительским кооперативом (далее в настоящей статье - лицо, осуществляющее управление многоквартирным домом) и ресурсоснабжающей организацией, региональным оператором по обращению с твердыми коммунальными отходами соответственно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(далее также - договор ресурсоснабжения), договора на оказание услуг по обращению с твердыми коммунальными отходами вследствие одностороннего отказа ресурсоснабжающей организации, регионального оператора по обращению с твердыми коммунальными отходами от исполнения договора ресурсоснабжения, договора на оказание услуг по обращению с твердыми коммунальными отходами по основанию, предусмотренному частью 2 настоящей статьи» «если между собственниками помещений в многоквартирном доме и ресурсоснабжающей организацией, региональным оператором по обращению с твердыми коммунальными отходами заключены договор, содержащий положения о предоставлении коммунальных услуг,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и момент заключения.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157.2 ЖК РФ: «Договор, содержащий положения о предоставлении коммунальных услуг,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организацией, региональным оператором по обращению с твердыми коммунальными отходами заключаются на неопределенный срок в соответствии с типовыми договорами, утвержденными Правительством Российской Федерации. Заключение договора в письменной форме не требуется.» Частью 7: «Договор, содержащий положения о предоставлении коммунальных услуг,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организацией,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одновременно:» «в случае, предусмотренном пунктом 1 части 1 настоящей статьи, с даты, определенной в решении общего собрания собственников помещений в многоквартирном доме, предусмотренном пунктом 4.4 части 2 статьи 44 настоящего Кодекса. По решению ресурсоснабжающей организации, регионального оператора по обращению с твердыми коммунальными отходами указанный срок может быть перенесен, но не более чем на три календарных месяца. О таком решении ресурсоснабжающая организация, региональный оператор по обращению с твердыми коммунальными отходами уведомляют лицо, по инициативе которого было созвано данное собрание, не позднее пяти рабочих дней со дня получения копий решения и протокола общего собрания собственников помещений в многоквартирном доме в порядке, предусмотренном частью 1 статьи 46 настоящего Кодекса. В случае, если решением общего собрания собственников помещений в многоквартирном доме такая дата не определена, указанные договоры считаются заключенными по истечении девяноста дней со дня получения ресурсоснабжающей организацией,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договора, содержащего положения о предоставлении коммунальных услуг, или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отходами, направленных заказным письмом или врученных под роспись» «в случае, предусмотренном пунктом 2 части 1 настоящей статьи,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ресурсоснабжения, договора на оказание услуг по обращению с твердыми коммунальными отходами лицу, осуществляющему управление многоквартирным домом» «в случае, предусмотренном пунктом 3 части 1 настоящей статьи, с даты заключения договоров, в том числе предусмотренных частью 2 статьи 164 настоящего Кодекса,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Компетенция собрания.</w:t>
      </w:r>
      <w:r>
        <w:rPr>
          <w:rFonts w:ascii="Times New Roman" w:hAnsi="Times New Roman"/>
          <w:b w:val="0"/>
          <w:i w:val="0"/>
          <w:sz w:val="24"/>
        </w:rPr>
        <w:t xml:space="preserve"> Решение принято в пределах компетенции общего собрания (п. 4.4 ч. 2 ст. 44 ЖК РФ: «4.4) принятие решения о заключении собственниками помещений в многоквартирном доме, действующими от своего имени, в порядке, установленном настоящим Кодексом, соответственно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(далее также - договор, содержащий положения о предоставлении коммунальных услуг),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 и об определении даты заключения соответствующих договоров») и обязательно для всех собственников (ч. 5 ст. 46 ЖК РФ: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11 статьи 161 ЖК РФ в этом случае управляющая организация обязана «предоставлять ресурсоснабжающим организациям, региональному оператору по обращению с твердыми коммунальными отходами информацию, необходимую для начисления платы за коммунальные услуги, в том числе о показаниях индивидуальных приборов учета (при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организации, товариществу собственников жилья либо жилищному кооперативу или иному специализированному потребительскому кооперативу) и коллективных (общедомовых) приборов учета, установленных в многоквартирном доме» и «осуществлять контроль качества коммунальных ресурсов и непрерывности их подачи до границ общего имущества в многоквартирном доме»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предусмотрена защита путём «признания права» и «восстановления положения, существовавшего до нарушения права, и пресечения действий, нарушающих право или создающих угрозу его нарушения»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о защите прав потребителей может быть предъявлен по месту жительства истца: пунктом 2 статьи 17 Закона РФ «О защите прав потребителей» установлено: «Иски о защите прав потребителей могут быть предъявлены по выбору истца в суд по месту:» «нахождения организации, а если ответчиком является индивидуальный предприниматель, - его жительства» «жительства или пребывания истца» «заключения или исполнения договора.» Пунктом 3 той же статьи: «Потребители,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44, 46, 157.2, 161 ЖК РФ, статьёй 12 ГК РФ, статьями 29,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заключённым с «[дата]» договор, содержащий положения о предоставлении коммунальной услуги [__], между [Ф. И. О. истца] и [наименование ответчика] в отношении помещения по адресу: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открыть истцу лицевой счёт и направлять платёжные документы непосредственно истцу.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компенсацию морального вреда [сумма] рублей и штраф 50 % от присуждённой суммы [если применяется Закон о защите прав потребителей].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ЕГРН (договор социального найма) на помещение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управления многоквартирным домом / протокола общего собрания о выборе управляющей организации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Протокол общего собрания о переходе на прямые договоры и уведомление об этом РСО.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Переписка с ответчиком, платёжные документы (двойные начисления).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Договор с РСО при прямых расчётах считается заключённым с даты, указанной в решении собрания, независимо от подписания письменного документа (ч. 6, 7 ст. 157.2 ЖК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Убедитесь, что копия протокола направлена ресурсоснабжающей организации в установленный срок.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двойных начислениях одновременно требуйте у УК прекратить выставлять плату за ту же услугу.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при цене иска до 100 000 рублей — мировой судья (п. 5 ч. 1 ст. 23 ГПК РФ), выше — районный суд; моральный вред и штраф в цену иска не входят.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