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заинтересованное лицо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1: </w:t>
      </w:r>
      <w:r>
        <w:rPr>
          <w:rFonts w:ascii="Times New Roman" w:hAnsi="Times New Roman"/>
          <w:b w:val="0"/>
          <w:i w:val="0"/>
          <w:sz w:val="24"/>
        </w:rPr>
        <w:t>сторона сделки 1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 (сторона сделки 2):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[50 000 руб. для организации за требование о признании сделки недействительной (подп. 4 п. 1 ст. 333.21 НК РФ)] [+ пошлина от цены требования о применении последствий в виде взыскания денег / возврата имущества]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сделки недействительной как нарушающей требования закона и посягающей на права третьих лиц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ответчиком 1 и ответчиком 2 заключён договор [уступки права требования / аренды / купли-продажи] № [__] (далее — Договор). Договор противоречит [норма закона]: [описание — уступлено требование, неразрывно связанное с личностью кредитора / передано в аренду имущество, находящееся в хозяйственном ведении, без согласия собственника / отчуждено имущество, изъятое из оборота / нарушен запрет, установленный судебным актом].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 посягает на права истца: [истец является [__], и в результате сделки [__]].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Оспоримые и ничтожные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166 Гражданского кодекса Российской Федерации (далее — ГК РФ) установлено: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 сделки, нарушающей закон и права третьих лиц.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168 ГК РФ установлено: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 Договор нарушает [норма] и одновременно посягает на права и охраняемые законом интересы истца, не являющегося его стороной. Для сравнения, пунктом 1 той же статьи установлено: «За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сделки.» В данном случае затронуты права третьего лица, поэтому сделка ничтожна.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Нарушенная норма.</w:t>
      </w:r>
      <w:r>
        <w:rPr>
          <w:rFonts w:ascii="Times New Roman" w:hAnsi="Times New Roman"/>
          <w:b w:val="0"/>
          <w:i w:val="0"/>
          <w:sz w:val="24"/>
        </w:rPr>
        <w:t xml:space="preserve"> [Процитируйте специальную норму закона, которую нарушает сделка.]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166 ГК РФ установлено: «Требование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лицо.»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Охраняемый законом интерес истца: [восстановление права [__], возможность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Недобросовестность сторон.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167 ГК РФ установлено: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 Согласно пункту 2 той же статьи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Недействительность части сделки.</w:t>
      </w:r>
      <w:r>
        <w:rPr>
          <w:rFonts w:ascii="Times New Roman" w:hAnsi="Times New Roman"/>
          <w:b w:val="0"/>
          <w:i w:val="0"/>
          <w:sz w:val="24"/>
        </w:rPr>
        <w:t xml:space="preserve"> [Если недействительна часть:] Статьёй 180 ГК РФ установлено: «Недействительность части сделки не влечет недействительности прочих ее частей, если можно предположить, что сделка была бы совершена и без включения недействительной ее части.»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 установлено: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[истец узнал о начале исполнения «[дата]»], трёхлетний срок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Требования о признании сделки недействительной и о применении последствий её недействительности не относятся к спорам, для которых обязательный претензионный порядок установлен частью 5 статьи 4 АПК РФ. Истец тем не менее направил ответчику письмо от «[дата]» с предложением урегулировать спор; ответ [не получен / отрицательный].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35 АПК РФ «Иск предъявляется в арбитражный суд субъекта Российской Федерации по адресу или месту жительства ответчика.» Ответчик находится по адресу: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167, 168, 180, 181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(ничтожным) договор [вид] от «[дата]» № [__], заключённый между ответчиком 1 и ответчиком 2 [в части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Применить последствия недействительности сделки: [описание].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об оспариваемой сделке (договор, выписки из реестров).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права истца, затронутые сделкой.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нарушения закона (документы, судебные акты, ответы госорганов).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направления копии иска обоим ответчикам.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Выписка из ЕГРЮЛ в отношении ответчика 2.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требованиям о признании сделки недействительной и применении последствий недействительности досудебный порядок, как правило, не требуется; проверьте актуальную практику по вашему составу требований.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Ключевое различие: сделка, нарушающая закон, по общему правилу оспорима (п. 1 ст. 168 ГК РФ, срок — 1 год), а ничтожна — только если посягает на публичные интересы или права третьих лиц (п. 2, срок — 3 года). Обоснуйте посягательство на права.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процитируйте конкретную нарушенную норму — общая ссылка на ст. 168 ГК РФ недостаточна.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