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недвижимости]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наследник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 (сонаследник)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имущества, которое истец просит передать ему]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разделе наследственного имущества с выплатой компенсации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умер(ла) [Ф. И. О. наследодателя], «[дата рождения]» года рождения (свидетельство о смерти [серия, номер], выдано [орган ЗАГС] «[дата]») (далее — наследодатель). Последнее место жительства наследодателя: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Наследство приняли истец и ответчик [по закону / по завещанию] в равных долях (по 1/2) [иные доли]. Нотариусом [Ф. И. О.] выданы свидетельства о праве на наследство от «[дата]». В состав наследства входят: [квартира по адресу __ стоимостью [сумма] руб.; гараж; автомобиль __ стоимостью [сумма] руб.; денежные средства]. Общая стоимость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Соглашение о разделе наследства стороны не достигли. Истец [при жизни наследодателя проживал с ним в квартире, не имеет другого жилья и продолжает в ней проживать / являлся участником общей долевой собственности на квартиру вместе с наследодателем (доля __) / постоянно пользовался автомобилем], а ответчик проживает в собственной квартире по адресу __ и спорным имуществом не пользуется.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предлагает: передать ему [квартиру], ответчику — [автомобиль и гараж], с выплатой истцом ответчику компенсации разницы стоимости в размере [сумма] рублей. Денежные средства в размере компенсации истец внёс на депозит [суда / нотариуса]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Общая собственность наследников.</w:t>
      </w:r>
      <w:r>
        <w:rPr>
          <w:rFonts w:ascii="Times New Roman" w:hAnsi="Times New Roman"/>
          <w:b w:val="0"/>
          <w:i w:val="0"/>
          <w:sz w:val="24"/>
        </w:rPr>
        <w:t xml:space="preserve"> Статьёй 1164 Гражданского кодекса Российской Федерации (далее — ГК РФ) установлено: «При наследовании по закону, если наследственное имущество переходит к двум или нескольким наследникам, и при наследовании по завещанию, если оно завещано двум или нескольким наследникам без указания наследуемого каждым из них конкретного имущества, наследственное имущество поступает со дня открытия наследства в общую долевую собственность наследников.» «К общей собственности наследников на наследственное имущество применяются положения главы 16 настоящего Кодекса об общей долевой собственности с учетом правил статей 1165 - 1170 настоящего Кодекса. Однако при разделе наследственного имущества правила статей 1168 - 1170 настоящего Кодекса применяются в течение трех лет со дня открытия наследства.»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по соглашению и в суде.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1165 ГК РФ предусмотрено: «Наследственное имущество, которое находится в общей долевой собственности двух или нескольких наследников, может быть разделено по соглашению между ними.» При недостижении соглашения раздел производится судом по правилам статьи 252 ГК РФ: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1168 ГК РФ установлено: «Наследник, обладавший совместно с наследодателем правом общей собственности на неделимую вещь (статья 133), доля в праве на которую входит в состав наследства, имеет при разделе наследства преимущественное право на получение в счет своей наследственной доли вещи, находившейся в общей собственности, перед наследниками, которые ранее не являлись участниками общей собственности, независимо от того, пользовались они этой вещью или нет.» Пунктом 2 той же статьи: «Наследник, постоянно пользовавшийся неделимой вещью (статья 133), входящей в состав наследства, имеет при разделе наследства преимущественное право на получение в счет своей наследственной доли этой вещи перед наследниками, не пользовавшимися этой вещью и не являвшимися ранее участниками общей собственности на нее.» Пунктом 3: «Если в состав наследства входит жилое помещение (жилой дом, квартира и тому подобное), раздел которого в натуре невозможен, при разделе наследства наследники, проживавшие в этом жилом помещении ко дню открытия наследства и не имеющие иного жилого помещения, имеют перед другими наследниками, не являющимися собственниками жилого помещения, входящего в состав наследства, преимущественное право на получение в счет их наследственных долей этого жилого помещения.»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1170 ГК РФ определено: «Несоразмерность наследственного имущества, о преимущественном праве на получение которого заявляет наследник на основании статьи 1168 или 1169 настоящего Кодекса,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компенсации, в том числе выплатой соответствующей денежной суммы.» Согласно пункту 2 той же статьи «Если соглашением между всеми наследниками не установлено иное, осуществление кем-либо из них преимущественного права возможно после предоставления соответствующей компенсации другим наследникам.» Компенсация предоставлена путём внесения денежных средств на депозит.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Несоразмерность и выплата вместо выдела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установлено: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Пунктом 5 той же статьи предусмотрено: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о правах на недвижимое имущество предъявляется по месту его нахождения: частью 1 статьи 30 ГПК РФ установлено, что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Спорное имущество находится по адресу: [адрес]. Дела о наследовании мировой судья не рассматривает (п. 4 ч. 1 ст. 23 ГПК РФ), поэтому иск подаётся в районный (городской) суд.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252, 1164, 1165, 1168, 1170 ГК РФ, статьями 30,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Произвести раздел наследственного имущества, открывшегося после смерти [Ф. И. О. наследодателя]: передать в собственность истца [квартиру с кадастровым номером __]; передать в собственность ответчика [автомобиль __, гараж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истца в пользу ответчика компенсацию несоразмерности получаемого имущества наследственной доле в размере [сумма] рублей [за счёт средств, внесённых на депозит].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Прекратить право общей долевой собственности истца и ответчика на [имущество].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Указать, что решение является основанием для государственной регистрации прав.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свидетельств о праве на наследство.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Выписки из ЕГРН, документы на транспортные средства и иное имущество.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Отчёты об оценке рыночной стоимости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преимущественного права (регистрация по месту жительства, документы о долевой собственности, отсутствие иного жилья).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 о внесении компенсации на депозит.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Преимущественное право по ст. 1168 ГК РФ действует в течение трёх лет со дня открытия наследства (ст. 1164 ГК РФ); позже раздел идёт по общим правилам ст. 252 ГК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Внесите компенсацию на депозит заранее: без предоставления компенсации суд не реализует преимущественное право (п. 2 ст. 1170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Стоимость имущества определяется на момент раздела; при споре суд назначит оценочную экспертизу.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