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долевой собственности на земельный участок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другой участник (участники)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[кадастровая (рыночная) стоимость доли истца]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кадастровой (рыночной) стоимости участка]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выделе доли в натуре из земельного участка [разделе земельного участка] и прекращении права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и ответчику на праве общей долевой собственности принадлежит земельный участок с кадастровым номером [__], площадью [__] кв. м, категория земель — [__], вид разрешённого использования — [для ИЖС / ведения садоводства], по адресу: [адрес]: истцу — [__/__] доли, ответчику — [__/__] доли (выписка из ЕГРН). [На участке расположен жилой дом, разделённый на блоки / два отдельных дома.]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Между сторонами сложился порядок пользования: истец пользуется [северной] частью участка площадью [__] кв. м, ответчик — [южной]. Соглашение о разделе не достигнуто: предложение от «[дата]» с проектом межевания отклонено.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Кадастровый инженер подготовил схему раздела: образуются участки площадью [__] и [__] кв. м, что соответствует долям и не меньше минимального размера, установленного правилами землепользования и застройки для данного вида разрешённого использования ([__] кв. м). Каждый образуемый участок имеет самостоятельный доступ к землям общего пользования.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выдел.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252 ГК РФ: «Участник долевой собственности вправе требовать выдела своей доли из общего имущества.» Пунктом 3: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Пунктом 4: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земельного участка.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11.5 ЗК РФ: «Выдел земельного участка осуществляется в случае выдела доли или долей из земельного участка, находящегося в долевой собственности. При выделе земельного участка образуются один или несколько земельных участков. При этом земельный участок, из которого осуществлен выдел, сохраняется в измененных границах (измененный земельный участок).» Пунктом 2: «При выделе земельного участка у участника долевой собственности, по заявлению которого осуществляется выдел земельного участка,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участок.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Образование участков по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11.2 ЗК РФ: «Земельные участки образуются при разделе, объединении, перераспределении земельных участков или выделе из земельных участков, а также из земель, находящихся в государственной или муниципальной собственности.» Подпунктом 2 пункта 4 той же статьи согласие землепользователей не требуется в случае «образование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порядке» Пунктом 8: «Споры об образовании земельных участков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образуемым участкам.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11.9 ЗК РФ установлено: «Предельные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регламентами.» Пунктом 4 той же статьи: «Не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недвижимости.» Пунктом 6: «Образование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законами.» Предлагаемый вариант этим требованиям соответствует: [площадь каждого участка не меньше минимальной по регламенту — __ кв. м; к каждому обеспечен доступ с земель общего пользования].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на участке дом.]</w:t>
      </w:r>
      <w:r>
        <w:rPr>
          <w:rFonts w:ascii="Times New Roman" w:hAnsi="Times New Roman"/>
          <w:b w:val="0"/>
          <w:i w:val="0"/>
          <w:sz w:val="24"/>
        </w:rPr>
        <w:t xml:space="preserve"> Подпунктом 5 пункта 1 статьи 1 ЗК РФ закреплён принцип «единство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законами» Этот принцип соблюдается: каждый образуемый участок включает часть дома (блок), выделяемую соответствующему собственнику, либо отдельный дом.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несоразмерности.</w:t>
      </w:r>
      <w:r>
        <w:rPr>
          <w:rFonts w:ascii="Times New Roman" w:hAnsi="Times New Roman"/>
          <w:b w:val="0"/>
          <w:i w:val="0"/>
          <w:sz w:val="24"/>
        </w:rPr>
        <w:t xml:space="preserve"> [Если выделяемые участки не точно соответствуют долям:] истец готов выплатить ответчику компенсацию в размере [сумма] рублей (п. 4 ст. 252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Вопросы: возможен ли раздел участка с соблюдением требований к образуемым участкам; варианты раздела с учётом сложившегося порядка пользования и долей, их координаты; размер компенсации за несоразмерность.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Участок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кадастровые работы и заключение специалиста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252 ГК РФ, статьями 1, 11.2, 11.5, 11.9 ЗК РФ, статьями 30,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Выделить в собственность истца в счёт [__/__] доли земельный участок площадью [__] кв. м в координатах характерных точек [таблица], образованный из земельного участка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Сохранить земельный участок с кадастровым номером [__] в изменённых границах площадью [__] кв. м в собственности ответчика [в координатах].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Прекратить право общей долевой собственности истца на земельный участок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[истца / ответчика] компенсацию за несоразмерность выделяемого имущества в размере [сумма] рублей [если применимо].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Указать, что решение является основанием для государственного кадастрового учёта и регистрации прав на образуемые участки.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участок; правоустанавливающие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Схема раздела (межевой план) кадастрового инженера.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Выписка из ПЗЗ о предельных размерах участков в территориальной зоне.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Предложение о разделе и ответ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строениях на участке (выписки ЕГРН, технические паспорта).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препятствие — минимальный размер участка по ПЗЗ: если образуемые участки меньше, раздел невозможен; тогда рассмотрите определение порядка пользования участком.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 участке один неделимый жилой дом, раздел участка без раздела дома суды не допускают.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Пункты 1, 4, 6 ст. 11.9 и подп. 5 п. 1 ст. 1 ЗК РФ приведены дословно; доступ к участку — требование п. 26 ч. 1 ст. 26 Закона № 218-ФЗ.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