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солидарный должник, исполнивший обязательство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солидарный содолжник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[доля ответчика в исполненном обязательстве + проценты]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в порядке регресса доли исполненного солидарного обязательства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и ответчик [а также [Ф. И. О.] — если содолжников больше двух] являлись солидарными должниками перед [наименование кредитора] по [договору / решению суда: указать основание солидарной обязанности, например: совместные заёмщики по кредитному договору № [номер] от «[дата]»; солидарные должники по решению [наименование суда] от «[дата]» по делу № [номер]] на общую сумму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Обязательство перед кредитором истец исполнил полностью [вариант: в части, превышающей приходящуюся на него долю]: уплатил [сумма] рублей, что подтверждается [платёжными документами / справкой кредитора / постановлением судебного пристава-исполнителя об окончании исполнительного производства] от «[дата]». Ответчик в погашении долга не участвовал.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Между солидарными должниками соглашение об ином распределении долга не заключалось, поэтому доли считаются равными. Доля ответчика составляет [сумма] рублей [расчёт: общая уплаченная сумма / число должников]. Требование истца от «[дата]» возместить эту сумму ответчиком не исполнено.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Солидарная обязанность.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322 Гражданского кодекса Российской Федерации (далее — ГК РФ) «Солидарная обязанность (ответственность) или солидарное требование возникает, если солидарность обязанности или требования предусмотрена договором или установлена законом, в частности при неделимости предмета обязательства.» Солидарная обязанность сторон перед кредитором возникла из [договора / закона —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Почему истец заплатил весь долг.</w:t>
      </w:r>
      <w:r>
        <w:rPr>
          <w:rFonts w:ascii="Times New Roman" w:hAnsi="Times New Roman"/>
          <w:b w:val="0"/>
          <w:i w:val="0"/>
          <w:sz w:val="24"/>
        </w:rPr>
        <w:t xml:space="preserve"> При солидарной обязанности кредитор сам выбирает, с кого требовать исполнения: согласно пункту 1 статьи 323 ГК РФ «При солидарной обязанности должников кредитор вправе требовать исполнения как от всех должников совместно, так и от любого из них в отдельности, притом как полностью, так и в части долга.» Кредитор [предъявил требование именно к истцу / обратил взыскание на доходы и имущество истца в исполнительном производстве], поэтому истец был вынужден погасить долг полностью, хотя на него приходилась лишь часть.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Исполнение было надлежащим и прекратило обязательство перед кредитором: в силу пункта 1 статьи 408 ГК РФ «Надлежащее исполнение прекращает обязательство.» Это подтверждается [справкой кредитора об отсутствии задолженности / постановлением об окончании исполнительного производства].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Исполнение одним из должников.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325 ГК РФ установлено: «Исполнение солидарной обязанности полностью одним из должников освобождает остальных должников от исполнения кредитору.» В силу пункта 2 той же статьи «2. Если иное не вытекает из отношений между солидарными должниками: 1) должник, исполнивший солидарную обязанность, имеет право регрессного требования к остальным должникам в равных долях за вычетом доли, падающей на него самого; 2) неуплаченное одним из солидарных должников должнику, исполнившему солидарную обязанность, падает в равной доле на этого должника и на остальных должников.»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Из отношений истца и ответчика иное не вытекает: [имущество, приобретённое на заёмные средства, находится в общей собственности / долг возник из совместных действий — указать]. Следовательно, истец, исполнивший солидарную обязанность, вправе требовать с ответчика его долю —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Проценты.</w:t>
      </w:r>
      <w:r>
        <w:rPr>
          <w:rFonts w:ascii="Times New Roman" w:hAnsi="Times New Roman"/>
          <w:b w:val="0"/>
          <w:i w:val="0"/>
          <w:sz w:val="24"/>
        </w:rPr>
        <w:t xml:space="preserve"> После получения требования о возмещении ответчик неправомерно удерживает денежные средства. Согласно пункту 1 статьи 395 ГК РФ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 Проценты подлежат начислению с «[дата]» по день фактического исполнения.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Доказывание.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доказывает солидарный характер обязательства, факт и размер его исполнения; если ответчик считает, что из отношений сторон вытекает иное распределение долга (например, всё полученное по кредиту досталось истцу), это обстоятельство должен доказать он.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200 ГК РФ предусмотрено: «По регрессным обязательствам течение срока исковой давности начинается со дня исполнения основного обязательства.» Истец исполнил обязательство «[дата]», трёхлетний срок (п. 1 ст. 196 ГК РФ) не истёк.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Гражданского процессуального кодекса Российской Федерации (далее — ГПК РФ): «Иск предъявляется в суд по месту жительства ответчика. Иск к организации предъявляется в суд по адресу организации.» Ответчик проживает по адресу: [адрес], что относится к территориальной подсудности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88 ГПК РФ «Судебные расходы состоят из государственной пошлины и издержек, связанных с рассмотрением дела.» Статьёй 94 ГПК РФ к издержкам, связанным с рассмотрением дела, отнесены, в частности, «расходы на оплату услуг представителей» и «связанные с рассмотрением дела почтовые расходы, понесенные сторонами»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Для защиты нарушенного права истец обратился за юридической помощью и понёс расходы в размере [сумма] рублей [и почтовые расходы в размере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200, 322, 325, 395 ГК РФ, статьями 98, 100,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ответчика в пользу истца в порядке регресса долю исполненного истцом солидарного обязательства перед [наименование кредитора] по [основание]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в пользу истца проценты за пользование чужими денежными средствами за период с «[дата]» по «[дата]» в размере [сумма] рублей и далее по ключевой ставке Банка России по день фактической уплаты.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Документы, подтверждающие солидарную обязанность (договор, решение суда, исполнительный лист).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об исполнении истцом обязательства (платёжные документы, справка кредитора, постановление пристава).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Копия требования к ответчику и доказательства его направления.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Расчёт доли ответчика и процентов.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должников больше двух, с каждого взыскивается только его доля; неуплаченное одним из них делится поровну между остальными (подп. 2 п. 2 ст. 325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Для созаёмщиков-супругов по общему долгу этот иск подают после развода или раздела имущества; при неравных долях в праве на купленное имущество можно обосновать иное распределение долга.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исковой давности по регрессу считается со дня исполнения основного обязательства (п. 3 ст. 200 ГК РФ), а не с даты договора.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мировой судья рассматривает имущественные споры при цене иска не более 50 000 рублей (п. 4 ч. 1 ст. 23 ГПК РФ); при большей цене иска — районный (городской) суд.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