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поручитель, исполнивший обязательство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должник по основному обязательству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[уплаченная кредитору сумма + проценты + убытки]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суммы, уплаченной поручителем кредитору за должника, процентов и убытков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между [наименование кредитора: банк / гражданин] (далее — Кредитор) и ответчиком заключён [кредитный договор / договор займа] № [номер] на сумму [сумма] рублей (далее — Основной договор). В обеспечение обязательств ответчика «[дата]» между Кредитором и истцом заключён договор поручительства № [номер], по которому истец обязался отвечать перед Кредитором за исполнение ответчиком Основного договора.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свои обязательства не исполнял, в связи с чем [решением [наименование суда] от «[дата]» по делу № [номер] задолженность взыскана солидарно с ответчика и истца / Кредитор потребовал от истца погасить долг]. Истец исполнил обязательство за ответчика: уплатил Кредитору [сумма] рублей, что подтверждается [платёжными документами / справкой Кредитора о погашении долга / постановлением судебного пристава об окончании исполнительного производства в связи с исполнением] от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После этого истец «[дата]» направил ответчику требование возместить уплаченную сумму (почтовый идентификатор [номер]). Требование не исполнено.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Переход прав кредитора к поручителю.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365 Гражданского кодекса Российской Федерации (далее — ГК РФ) «К поручителю, исполнившему обязательство, переходят права кредитора по этому обязательству и права, принадлежавшие кредитору как залогодержателю, в том объеме, в котором поручитель удовлетворил требование кредитора. Поручитель также вправе требовать от должника уплаты процентов на сумму, выплаченную кредитору, и возмещения иных убытков, понесенных в связи с ответственностью за должника.» Аналогичное правило закреплено в пункте 1 статьи 387 ГК РФ: «Права кредитора по обязательству переходят к другому лицу на основании закона при наступлении указанных в нем обстоятельств:» «вследствие исполнения обязательства поручителем должника или не являющимся должником по этому обязательству залогодателем»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384 ГК РФ определён объём перешедших прав: «Если иное не предусмотрено законом или договором, право первоначального кредитора переходит к новому кредитору в том объеме и на тех условиях, которые существовали к моменту перехода права. В частности, к новому кредитору переходят права, обеспечивающие исполнение обязательства, а также другие связанные с требованием права, в том числе право на проценты.» Следовательно, истец, полностью погасивший долг ответчика, вправе требовать с ответчика всю уплаченную Кредитору сумму, а также проценты и иные убытки, связанные с ответственностью за должника.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2 статьи 365 ГК РФ предусмотрено: «По исполнении поручителем обязательства кредитор обязан вручить поручителю документы, удостоверяющие требование к должнику, и передать права, обеспечивающие это требование.» Документы, удостоверяющие требование к должнику, получены истцом от Кредитора и прилагаются к иску.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за пользование чужими средствами.</w:t>
      </w:r>
      <w:r>
        <w:rPr>
          <w:rFonts w:ascii="Times New Roman" w:hAnsi="Times New Roman"/>
          <w:b w:val="0"/>
          <w:i w:val="0"/>
          <w:sz w:val="24"/>
        </w:rPr>
        <w:t xml:space="preserve"> Право поручителя на проценты на сумму, выплаченную кредитору, прямо закреплено вторым предложением пункта 1 статьи 365 ГК РФ, процитированного выше. Кроме того, после получения требования ответчик неправомерно удерживает денежные средства истца, что влечёт ответственность по пункту 1 статьи 395 ГК РФ: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 Сумма процентов за период с «[дата уплаты долга кредитору]» по «[дата составления иска]» составляет [сумма] рублей (расчёт прилагается).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Убытки.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15 ГК РФ «Лицо,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размере.» В связи с ответственностью за ответчика истец понёс расходы: [исполнительский сбор / взысканные с поручителя судебные расходы Кредитора / комиссии банка — указать] в общей сумме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201 ГК РФ «Перемена лиц в обязательстве не влечет изменения срока исковой давности и порядка его исчисления.» Истец исполнил обязательство «[дата]», требование к ответчику предъявлено в пределах общего трёхлетнего срока (п. 1 ст. 196 ГК РФ).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Гражданского процессуального кодекса Российской Федерации (далее — ГПК РФ): «Иск предъявляется в суд по месту жительства ответчика. Иск к организации предъявляется в суд по адресу организации.» Ответчик проживает по адресу: [адрес], что относится к территориальной подсудности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88 ГПК РФ «Судебные расходы состоят из государственной пошлины и издержек, связанных с рассмотрением дела.» Статьёй 94 ГПК РФ к издержкам, связанным с рассмотрением дела, отнесены, в частности, «расходы на оплату услуг представителей» и «связанные с рассмотрением дела почтовые расходы, понесенные сторонами»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Для защиты нарушенного права истец обратился за юридической помощью и понёс расходы в размере [сумма] рублей [и почтовые расходы в размере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365, 384, 387, 395 ГК РФ, статьями 98, 100,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ответчика в пользу истца сумму, уплаченную истцом как поручителем кредитору [наименование] по [кредитному договору / договору займа] № [номер] от «[дата]»,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в пользу истца проценты на выплаченную сумму за период с «[дата]» по «[дата]» в размере [сумма] рублей и далее по ключевой ставке Банка России по день фактического возмещения.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убытки, понесённые в связи с ответственностью за должника,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основного договора (кредитного договора / договора займа).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Копия договора поручительства.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Копия решения суда о взыскании долга с должника и поручителя [если было].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об уплате истцом долга кредитору (платёжные документы, справка кредитора об отсутствии задолженности, постановление пристава).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Документы, подтверждающие убытки (исполнительский сбор, судебные расходы, комиссии).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требования к ответчику о возмещении и доказательства его направления.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Расчёт процентов.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10.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11.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Попросите кредитора выдать документы, удостоверяющие требование (договор, расчёт долга, справку о погашении): это его обязанность по п. 2 ст. 365 ГК РФ.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поручитель погасил долг лишь частично, к нему переходят права только в погашенной части; иск подаётся на эту сумму.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долг погашен в рамках исполнительного производства, приложите постановление пристава — оно подтверждает и сумму, и дату исполнения.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мировой судья рассматривает имущественные споры при цене иска не более 50 000 рублей (п. 4 ч. 1 ст. 23 ГПК РФ); при большей цене иска — районный (городской) суд.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