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работник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[или Ф. И. О. индивидуального предпринимателя, ОГРНИП]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 [в части денежных требований — их сумма]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трудовых отношений, обязании оформить трудовой договор, внести сведения о трудовой деятельности и взыскании заработной платы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«[дата]» по «[дата]» [по настоящее время] истец работал у ответчика в должности [наименование] [по адресу __]. Трудовой договор в письменной форме не оформлялся [вместо него заключён договор возмездного оказания услуг (подряда)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Отношения сторон носили трудовой характер: [1) истец был допущен к работе уполномоченным лицом — [должность, Ф. И. О.]; 2) выполнял определённую трудовую функцию, а не разовые работы; 3) подчинялся правилам внутреннего трудового распорядка, работал по графику с __ до __; 4) получал ежемесячное вознаграждение [сумма] рублей независимо от результата; 5) работал на оборудовании и материалах ответчика; 6) имел пропуск, форменную одежду, рабочую почту]. Это подтверждается [переписка, пропуск, фото на рабочем месте, переводы зарплаты, показания коллег].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отказывается оформить трудовые отношения [прекратил допускать истца к работе «[дата]»], задолженность по заработной плате составляет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Признаки трудовых отношений.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 ТК РФ установлено: «Трудовые отношения - 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 в интересах, под управлением и контролем работодателя,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договором.» Частью 2 той же статьи: «Заключение гражданско-правовых договоров, фактически регулирующих трудовые отношения между работником и работодателем, не допускается.» Статьёй 56 ТК РФ: «Трудовой договор 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Фактическое допущение к работе.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16 ТК РФ предусмотрено: «Трудовые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случае, когда трудовой договор не был надлежащим образом оформлен.» Частью 2 статьи 67 ТК РФ: «Трудовой договор, не оформленный в письменной форме, считается заключенным, если работник приступил к работе с ведома или по поручению работодателя или его уполномоченного на это представителя.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работе, а если отношения, связанные с использованием личного труда, возникли на основании гражданско-правового договора, но впоследствии были признаны трудовыми отношениями, - не позднее трех рабочих дней со дня признания этих отношений трудовыми отношениями, если иное не установлено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Признание договора ГПХ трудовым.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19.1 ТК РФ: «Признание отношений, возникших на основании гражданско-правового договора, трудовыми отношениями может осуществляться:» «судом в случае, если физическое лицо, являющееся исполнителем по указанному договору, обратилось непосредственно в суд, или по материалам (документам), направленным государственной инспекцией труда, иными органами и лицами, обладающими необходимыми для этого полномочиями в соответствии с федеральными законами.» Частью 3 той же статьи: «Неустранимые сомнения при рассмотрении судом споров о признании отношений, возникших на основании гражданско-правового договора, трудовыми отношениями толкуются в пользу наличия трудовых отношений.» Частью 4: «Если отношения, связанные с использованием личного труда, возникли на основании гражданско-правового договора, но впоследствии в порядке, установленном частями первой - третьей настоящей статьи, были признаны трудовыми отношениями, такие трудовые отношения между работником и работодателем считаются возникшими со дня фактического допущения физического лица, являющегося исполнителем по указанному договору, к исполнению предусмотренных указанным договором обязанностей.»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Разъяснения Пленума.</w:t>
      </w:r>
      <w:r>
        <w:rPr>
          <w:rFonts w:ascii="Times New Roman" w:hAnsi="Times New Roman"/>
          <w:b w:val="0"/>
          <w:i w:val="0"/>
          <w:sz w:val="24"/>
        </w:rPr>
        <w:t xml:space="preserve"> Разъяснения даны в постановлении Пленума Верховного Суда РФ от 29.05.2018 № 15 «О применении судами законодательства, регулирующего труд работников, работающих у работодателей — физических лиц и у работодателей — субъектов малого предпринимательства, которые отнесены к микропредприятиям»: при отсутствии оформленного договора отношения презюмируются трудовыми, если работник фактически допущен к работе; доказательства отсутствия трудовых отношений представляет работодатель (пп. 17–21).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внести сведения.</w:t>
      </w:r>
      <w:r>
        <w:rPr>
          <w:rFonts w:ascii="Times New Roman" w:hAnsi="Times New Roman"/>
          <w:b w:val="0"/>
          <w:i w:val="0"/>
          <w:sz w:val="24"/>
        </w:rPr>
        <w:t xml:space="preserve"> Работодатель обязан вести сведения о трудовой деятельности: частью 1 статьи 66.1 ТК РФ установлено, что «Работодатель формирует в электронном виде основную информацию о трудовой деятельности и трудовом стаже каждого работника (далее - сведения о трудовой деятельности) и представляет ее в порядке, установленном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страхования, для хранения в информационных ресурсах Фонда пенсионного и социального страхования Российской Федерации.»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своевременную оплату труда.</w:t>
      </w:r>
      <w:r>
        <w:rPr>
          <w:rFonts w:ascii="Times New Roman" w:hAnsi="Times New Roman"/>
          <w:b w:val="0"/>
          <w:i w:val="0"/>
          <w:sz w:val="24"/>
        </w:rPr>
        <w:t xml:space="preserve"> Абзацем пятым части 1 статьи 21 ТК РФ работнику гарантировано право на «своевременную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работы» Абзацем седьмым части 2 статьи 22 ТК РФ на работодателя возложена обязанность «выплачивать в полном размере причитающуюся работникам заработную плату в сроки, установленные в соответствии с настоящим Кодексом, коллективным договором, правилами внутреннего трудового распорядка, трудовыми договорами»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Заработная плата.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129 ТК РФ определено: «Заработная плата (оплата труда работника) -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выплаты).» Частью 1 статьи 135 ТК РФ установлено: «Заработная плата работнику устанавливается трудовым договором в соответствии с действующими у данного работодателя системами оплаты труда.»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Денежная компенсация за задержку.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236 ТК РФ установлено: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Частью 2 той же статьи: «Размер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работодателя.» За период с «[дата]» по «[дата]» компенсация составляет [сумма] рублей (расчёт прилагается) и подлежит начислению по день фактической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Подсудность, сроки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абзацу второму части 1 статьи 391 ТК РФ непосредственно в судах рассматриваются индивидуальные трудовые споры по заявлениям «работника - о восстановлении на работе независимо от оснований прекращения трудового договора, об изменении даты и формулировки причины увольнения, о переводе на другую работу, об оплате за время вынужденного прогула либо о выплате разницы в заработной плате за время выполнения нижеоплачиваемой работы, о неправомерных действиях (бездействии) работодателя при обработке и защите персональных данных работника, о компенсации морального вреда, причиненного работнику неправомерными действиями (бездействием) работодателя» Иск может быть предъявлен по адресу ответчика (ст. 28 ГПК РФ) либо по месту жительства истца: частью 6.3 статьи 29 ГПК РФ установлено, что «Иски о восстановлении трудовых и пенсионных прав, а также иски, связанные с социальными выплатами и льготами, могут предъявляться также в суд по месту жительства истца.»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392 ТК РФ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Частью 2 той же статьи: «За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увольнении.» Срок истцом не пропущен.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Судебные расходы.</w:t>
      </w:r>
      <w:r>
        <w:rPr>
          <w:rFonts w:ascii="Times New Roman" w:hAnsi="Times New Roman"/>
          <w:b w:val="0"/>
          <w:i w:val="0"/>
          <w:sz w:val="24"/>
        </w:rPr>
        <w:t xml:space="preserve"> Статьёй 393 ТК РФ предусмотрено: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16, 19.1, 56, 66.1, 67, 236, 237, 391–393 ТК РФ, статьями 29,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Установить факт трудовых отношений между [Ф. И. О. истца] и [наименование ответчика] в период с «[дата]» по «[дата]» в должности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заключить с истцом трудовой договор [с «[дата]»], внести сведения о приёме на работу [и об увольнении по пункту 3 части первой статьи 77 ТК РФ с «[дата]»] в сведения о трудовой деятельности и трудовую книжку.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Обязать ответчика произвести отчисления страховых взносов и представить в СФР и ФНС сведения о периоде работы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задолженность по заработной плате за период с «[дата]» по «[дата]» в размере [сумма] рублей, компенсацию за задержку выплаты (ст. 236 ТК РФ) [и компенсацию за неиспользованный отпуск].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компенсацию морального вреда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 гражданско-правового характера [если заключался].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трудовых отношений: пропуск, переписка с руководителем, графики, фото и видео на рабочем месте, выписки о переводах зарплаты, документы с подписью истца от имени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Список свидетелей (коллег) с адресами.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Расчёт задолженности по заработной плате и компенсации.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обращения — три месяца со дня, когда работник узнал о нарушении (обычно с момента отказа в оформлении или недопуска к работе); по зарплате — год (ст. 392 ТК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Неустранимые сомнения толкуются в пользу трудовых отношений (ч. 3 ст. 19.1 ТК РФ) — главное, собрать доказательства постоянного характера работы и подчинения режиму.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суда — основание для включения периода в страховой стаж; попросите суд обязать работодателя подать сведения в СФР.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