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земельного участка]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недвижимого имущества (господствующего участка)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собственник соседнего (служащего) участка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[если известен]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частного сервитута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Истцу принадлежит земельный участок с кадастровым номером [__] [и расположенный на нём жилой дом] по адресу: [адрес]. Участок истца не имеет [непосредственного доступа к землям общего пользования / возможности подключения к сетям водоснабжения (газа, электроснабжения)]: [он со всех сторон окружён участками других лиц / единственный проезд проходит через участок ответчика с кадастровым номером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До [год] проход и проезд осуществлялись по сложившейся дорожке через участок ответчика; в [месяц, год] ответчик [установил ворота / закрыл проезд]. Предложение истца заключить соглашение о сервитуте за плату от «[дата]» (с проектом соглашения и схемой) ответчик [отклонил / оставил без ответа].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Кадастровый инженер [Ф. И. О.] подготовил схему границ сферы действия сервитута площадью [__] кв. м (ширина [__] м) — по наименее обременительному для ответчика маршруту, вдоль границы участка. Иных вариантов доступа нет (заключение специалиста).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требовать сервитута.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274 ГК РФ установлено: «Собственник недвижимого имущества (земельного участка, другой недвижимости) вправе требовать от собственника соседнего земельного участка, а в необходимых случаях и от собственника другого земельного участка (соседнего участка) предоставления права ограниченного пользования соседним участком (сервитута).» Абзацем вторым: «Сервитут может устанавливаться для обеспечения прохода и проезда через соседний земельный участок, строительства, реконструкции и (или) эксплуатации линейных объектов, не препятствующих использованию земельного участка в соответствии с разрешенным использованием, а также других нужд собственника недвижимого имущества, которые не могут быть обеспечены без установления сервитута.»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Судебный порядок.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274 ГК РФ: «Сервитут устанавливается по соглашению между лицом, требующим установления сервитута, и собственником соседнего участка и подлежит регистрации в порядке, установленном для регистрации прав на недвижимое имущество. В случае недостижения соглашения об установлении или условиях сервитута спор разрешается судом по иску лица, требующего установления сервитута.»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Сохранение прав собственника.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274 ГК РФ: «Обременение земельного участка сервитутом не лишает собственника участка прав владения, пользования и распоряжения этим участком.» Пунктом 5: «Собственник участка, обремененного сервитутом, вправе, если иное не предусмотрено законом, требовать от лиц, в интересах которых установлен сервитут, соразмерную плату за пользование участком.»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Наименее обременительные условия.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23 ЗК РФ: «Сервитут устанавливается в соответствии с гражданским законодательством, а в отношении земельного участка, находящегося в государственной или муниципальной собственности, с учетом особенностей, предусмотренных главой V.3 настоящего Кодекса.» Пунктом 8: «Сервитут, публичный сервитут должны устанавливаться и осуществляться на условиях, наименее обременительных для использования земельного участка в соответствии с его целевым назначением и разрешенным использованием.» Пунктом 17: «Сервитуты подлежат государственной регистрации в соответствии с Федеральным законом "О государственной регистрации недвижимости", за исключением сервитутов, предусмотренных пунктом 4 статьи 39.25 настоящего Кодекса. Сведения о публичных сервитутах вносятся в Единый государственный реестр недвижимости.»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Обзору судебной практики по делам об установлении сервитута на земельный участок (утв. Президиумом Верховного Суда РФ 26.04.2017), сервитут может быть установлен судом в исключительных случаях, когда предоставление этого права является единственным способом обеспечения основных потребностей истца как собственника недвижимости; суд определяет его сферу действия, срок и плату. Таким исключительным случаем является отсутствие у истца иного доступа к участку и дому.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Плата.</w:t>
      </w:r>
      <w:r>
        <w:rPr>
          <w:rFonts w:ascii="Times New Roman" w:hAnsi="Times New Roman"/>
          <w:b w:val="0"/>
          <w:i w:val="0"/>
          <w:sz w:val="24"/>
        </w:rPr>
        <w:t xml:space="preserve"> Истец готов вносить соразмерную плату в размере [сумма] рублей [в год / единовременно], определённую [отчётом об оценке № __]; при несогласии ответчика просит определить плату на основании судебной экспертизы.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Землеустроительная экспертиза.</w:t>
      </w:r>
      <w:r>
        <w:rPr>
          <w:rFonts w:ascii="Times New Roman" w:hAnsi="Times New Roman"/>
          <w:b w:val="0"/>
          <w:i w:val="0"/>
          <w:sz w:val="24"/>
        </w:rPr>
        <w:t xml:space="preserve"> Для разрешения спора требуются специальные знания; истец ходатайствует о назначении судебной землеустроительной экспертизы (ч. 1 ст. 79 ГПК РФ: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экспертам.»). Вопросы: имеется ли у участка истца доступ, не связанный с использованием участка ответчика; каковы варианты сервитута, наименее обременительные для ответчика, их координаты и соразмерная плата.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Прекращение.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276 ГК РФ: «По требованию собственника земельного участка, обремененного сервитутом, сервитут может быть прекращен ввиду отпадения оснований, по которым он был установлен.» — сервитут будет прекращён, если появится иной доступ к участку истца.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30 ГПК РФ установлено: «Иски о правах на земельные участки, участки недр, здания, в том числе жилые и нежилые помещения, строения, сооружения, другие объекты, прочно связанные с землей, а также об освобождении имущества от ареста предъявляются в суд по месту нахождения этих объектов или арестованного имущества.» Участок находится по адресу: [адрес], что относится к территории [наименование суда].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Расходы на кадастровые работы и заключение специалиста ([сумма] рублей) являются судебными издержками (ст. 94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274, 276 ГК РФ, статьёй 23 ЗК РФ, статьями 30, 79, 98,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Установить в пользу истца как собственника земельного участка с кадастровым номером [__] бессрочный [срочный — на [__] лет] частный сервитут в отношении части земельного участка ответчика с кадастровым номером [__] площадью [__] кв. м в координатах характерных точек [таблица] для [прохода и проезда к участку истца / прокладки и эксплуатации водопровода (газопровода)].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Установить плату за сервитут в размере [сумма] рублей [в год, вносимую до «__» числа / единовременно].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Обязать ответчика не чинить препятствий в пользовании сервитутом [демонтировать ворота / передать ключи].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Указать, что решение является основанием для государственной регистрации сервитута.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Выписки из ЕГРН на участки истца и ответчика.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Схема границ сферы действия сервитута; заключение кадастрового инженера об отсутствии иного доступа.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Предложение ответчику о заключении соглашения о сервитуте с проектом и доказательства направления; ответ.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Отчёт об оценке соразмерной платы за сервитут.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Фото, схема проезда, публичная кадастровая карта.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До суда обязательно направьте соседу проект соглашения о сервитуте со схемой и предложением платы: без попытки договориться суд может отказать.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Сервитут — исключительная мера: если к участку можно проехать по землям общего пользования, пусть и неудобно, в иске откажут.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Положения Обзора ВС РФ 2017 года изложены кратко; при подаче сверьтесь с текстом.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Споры о правах на земельные участки и их границах рассматривает районный (городской) суд по месту нахождения участка (ч. 1 ст. 30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