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потерпевший по уголовному делу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осуждённый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[из приговора]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учреждение ФСИН, где отбывает наказание]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[сумма материального ущерба] руб.; моральный вред — [сумма]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(подп. 4 п. 1 ст. 333.36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возмещении материального ущерба и компенсации морального вреда, причинённых преступлением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Приговором [суд] от «[дата]» по делу № [__], вступившим в законную силу «[дата]», ответчик признан виновным в совершении преступления, предусмотренного [статья УК РФ] [кража / мошенничество / грабёж / причинение вреда здоровью / угон]. Истец признан потерпевшим по уголовному делу.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Приговором установлено, что ответчик [похитил у истца денежные средства / имущество на сумму [сумма] рублей; причинил истцу телесные повреждения; повредил имущество]. [Гражданский иск в уголовном деле не заявлялся / за истцом признано право на удовлетворение гражданского иска, вопрос о размере возмещения передан для рассмотрения в порядке гражданского судопроизводства.] Ущерб не возмещён [возмещён частично на сумму [сумма] рублей].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Преступлением истцу причинены нравственные страдания: [описать — страх, унижение, утрата сбережений, необходимость лечения, длительное участие в следственных действиях].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Преюдиция приговора.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61 ГПК РФ установлено: «Вступившие в законную силу приговор суда по уголовному делу, иные постановления суда по этому делу и постановления суда по делу об административном правонарушении обязательны для суда, рассматривающего дело о гражданско-правовых последствиях действий лица, в отношении которого они вынесены, по вопросам, имели ли место эти действия и совершены ли они данным лицом.» Таким образом, факт причинения вреда, вина ответчика и [размер похищенного] доказыванию не подлежат.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Общие основания ответственности.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1064 Гражданского кодекса Российской Федерации (далее — ГК РФ) установлено: «Вред,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вред.» Согласно пункту 2 той же статьи «Лицо, причинившее вред, освобождается от возмещения вреда, если докажет, что вред причинен не по его вине. Законом может быть предусмотрено возмещение вреда и при отсутствии вины причинителя вреда.»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Полное возмещение убытков.</w:t>
      </w:r>
      <w:r>
        <w:rPr>
          <w:rFonts w:ascii="Times New Roman" w:hAnsi="Times New Roman"/>
          <w:b w:val="0"/>
          <w:i w:val="0"/>
          <w:sz w:val="24"/>
        </w:rPr>
        <w:t xml:space="preserve"> В силу пункта 1 статьи 15 ГК РФ «Лицо,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размере.» Пунктом 2 той же статьи установлено: «Под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выгода).» Статьёй 1082 ГК РФ предусмотрено: «Удовлетворяя требование о возмещении вреда, суд в соответствии с обстоятельствами дела обязывает лицо, ответственное за причинение вреда, возместить вред в натуре (предоставить вещь того же рода и качества, исправить поврежденную вещь и т.п.) или возместить причиненные убытки (пункт 2 статьи 15).»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Совместное причинение.</w:t>
      </w:r>
      <w:r>
        <w:rPr>
          <w:rFonts w:ascii="Times New Roman" w:hAnsi="Times New Roman"/>
          <w:b w:val="0"/>
          <w:i w:val="0"/>
          <w:sz w:val="24"/>
        </w:rPr>
        <w:t xml:space="preserve"> [Если осуждено несколько лиц:] Статьёй 1080 ГК РФ: «Лица, совместно причинившие вред, отвечают перед потерпевшим солидарно.» «По заявлению потерпевшего и в его интересах суд вправе возложить на лиц, совместно причинивших вред, ответственность в долях, определив их применительно к правилам, предусмотренным пунктом 2 статьи 1081 настоящего Кодекса.»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вреда.</w:t>
      </w:r>
      <w:r>
        <w:rPr>
          <w:rFonts w:ascii="Times New Roman" w:hAnsi="Times New Roman"/>
          <w:b w:val="0"/>
          <w:i w:val="0"/>
          <w:sz w:val="24"/>
        </w:rPr>
        <w:t xml:space="preserve"> Статьёй 151 ГК РФ: «Если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вреда.» «При определении размеров компенсации морального вреда суд принимает во внимание степень вины нарушителя и иные заслуживающие внимания обстоятельства. Суд должен также учитывать степень физических и нравственных страданий, связанных с индивидуальными особенностями гражданина, которому причинен вред.» Пунктом 2 статьи 1101 ГК РФ: «Размер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справедливости.» «Характер физических и нравственных страданий оценивается судом с учетом фактических обстоятельств, при которых был причинен моральный вред, и индивидуальных особенностей потерпевшего.» [Для преступлений против собственности:] Моральный вред, причинённый преступлением против собственности, компенсируется, если преступлением нарушены также личные неимущественные права потерпевшего либо посягательство было сопряжено с насилием или угрозой, с проникновением в жилище, — такие случаи разъяснены в постановлении Пленума Верховного Суда РФ от 13.10.2020 № 23 «О практике рассмотрения судами гражданского иска по уголовному делу» и постановлении Пленума от 15.11.2022 № 33.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Срок давности по требованию о возмещении вреда, причинённого преступлением, начинает течь не ранее вступления приговора в законную силу, которым установлено лицо, ответственное за вред [и признано право на иск]. Пунктом 1 статьи 200 ГК РФ: «Если законом не установлено иное, течение срока исковой давности начинается со дня, когда лицо узнало или должно было узнать о нарушении своего права и о том, кто является надлежащим ответчиком по иску о защите этого права.»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Иск предъявляется по месту жительства ответчика (ст. 28 ГПК РФ: «Иск предъявляется в суд по месту жительства ответчика. Иск к организации предъявляется в суд по адресу организации.»); если ответчик отбывает наказание в виде лишения свободы, — по месту нахождения исправительного учреждения либо по последнему месту жительства до осуждения. Истец освобождён от уплаты государственной пошлины по искам о возмещении имущественного и морального вреда, причинённого преступлением.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15, 151, 200, 1064, 1080, 1101 ГК РФ, статьями 28, 61, 98, 100,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Взыскать с ответчика в пользу истца в возмещение материального ущерба, причинённого преступлением,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ответчика в пользу истца компенсацию морального вреда в размере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проценты за пользование чужими денежными средствами по ст. 395 ГК РФ на сумму ущерба со дня вступления решения суда в законную силу по день фактического исполнения.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ответчика в пользу истца расходы на оплату услуг представителя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 [или основание освобождения от её уплаты].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приговора с отметкой о вступлении в законную силу; апелляционное определение [если было].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Копия постановления о признании потерпевшим.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Документы, подтверждающие размер ущерба (если не установлен приговором полностью), документы о частичном возмещении.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Медицинские документы [при насильственном преступлении].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приговор установил размер похищенного, суд не вправе его пересматривать — достаточно сослаться на приговор (ч. 4 ст. 61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Расходы на представителя в уголовном деле взыскиваются не этим иском, а в порядке ст. 131 УПК РФ как процессуальные издержки.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Для взыскания с осуждённого, отбывающего наказание, после решения получите исполнительный лист: удержания производятся из его заработка в колонии.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Иск подаётся в районный (городской) суд; при цене иска до 50 000 рублей без требования о моральном вреде — мировому судье.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