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бывший 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[или Ф. И. О. индивидуального предпринимателя, ОГРНИП]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 окончательного расчёта + компенсации + заработок за задержку трудовой книжки]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выдать трудовую книжку (сведения о трудовой деятельности), взыскании окончательного расчёта, заработка за время задержки трудовой книжки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«[дата]» истец работал у ответчика в должности [наименование должности] в [структурное подразделение] на основании трудового договора от «[дата]» № [номер] (приказ о приёме на работу от «[дата]» № [номер]). Должностной оклад — [сумма] рублей [надбавки, премии — указать]. Средний дневной заработок истца составляет [сумма] рублей (справка / расчёт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трудовой договор с истцом расторгнут по [основание] (приказ от «[дата]» № __). В день увольнения ответчик [не выдал истцу трудовую книжку / сведения о трудовой деятельности по форме СТД-Р], не произвёл окончательный расчёт: не выплатил [заработную плату за __, компенсацию за неиспользованный отпуск за __ дней, иные суммы] на общую сумму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письменно потребовал выдать трудовую книжку и произвести расчёт (заявление вручено «[дата]»). Требование не исполнено. Отсутствие трудовой книжки препятствует трудоустройству: [«[дата]» истцу отказали в приёме на работу в [организация] из-за отсутствия трудовой книжки].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в день увольнения.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84.1 ТК РФ установлено: «В день прекращения трудового договора работодатель обязан выдать работнику трудовую книжку или предоставить сведения о трудовой деятельности (статья 66.1 настоящего Кодекса) у данного работодателя и произвести с ним расчет в соответствии со статьей 140 настоящего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работой.» Частью 6 той же статьи: «В случае,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носителе, заверенные надлежащим образом.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работодателя.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основанию, предусмотренному подпунктом "а" пункта 6 части первой статьи 81 или пунктом 4 части первой статьи 83 настоящего Кодекса, и при увольнении женщины,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Кодекса. По письменному обращению работника, не получившего трудовой книжки после увольнения, работодатель обязан выдать ее не позднее трех рабочих дней со дня обращения работника, а в случае, если в соответствии с настоящим Кодексом, иным федеральным законом на работника не ведется трудовая книжка, по обращению работника (в письменной форме или направленному в порядке, установленном работодателем, по адресу электронной почты работодателя), не получившего сведений о трудовой деятельности у данного работодателя после увольнения, работодатель обязан выдать их не позднее трех рабочих дней со дня обращения работника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Окончательный расчёт.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 Частью 2: «В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сумму.» Частью 1 статьи 127 ТК РФ: «При увольнении работнику выплачивается денежная компенсация за все неиспользованные отпуска.»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Выдача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62 ТК РФ: «По письменному заявлению работника работодатель обязан не позднее трех рабочих дней со дня подачи этого заявления выдать работнику трудовую книжку (за исключением случаев, если в соответствии с настоящим Кодексом, иным федеральным законом трудовая книжка на работника не ведется) в целях его обязательного социального страхования (обеспечения), копии документов, связанных с работой (копии приказа о приеме на работу, приказов о переводах на другую работу, приказа об увольнении с работы; выписки из трудовой книжки (за исключением случаев, если в соответствии с настоящим Кодексом, иным федеральным законом трудовая книжка на работника не ведется); справки о заработной плате, о начисленных и фактически уплаченных страховых взносах, о периоде работы у данного работодателя и другое). Копии документов, связанных с работой, должны быть заверены надлежащим образом и предоставляться работнику безвозмездно.» [Для сведений о трудовой деятельности:] Частью 5 статьи 66.1 ТК РФ: «Работодатель обязан предоставить работнику (за исключением случаев, если в соответствии с настоящим Кодексом,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 форме или направленном в порядке, установленном работодателем, по адресу электронной почты работодателя:» «при увольнении в день прекращения трудового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задержку трудовой книжки.</w:t>
      </w:r>
      <w:r>
        <w:rPr>
          <w:rFonts w:ascii="Times New Roman" w:hAnsi="Times New Roman"/>
          <w:b w:val="0"/>
          <w:i w:val="0"/>
          <w:sz w:val="24"/>
        </w:rPr>
        <w:t xml:space="preserve"> Статьёй 234 ТК РФ (абзац четвёртый) на работодателя возложена обязанность возместить работнику не полученный им заработок во всех случаях незаконного лишения его возможности трудиться, в том числе вследствие задержки работодателем выдачи работнику трудовой книжки, предоставления сведений о трудовой деятельности, внесения в них неправильной или не соответствующей законодательству формулировки причины увольнения. За период с «[дата увольнения]» по «[дата]» не полученный заработок составляет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Подсудность, сроки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абзацу второму части 1 статьи 391 ТК РФ непосредственно в судах рассматриваются индивидуальные трудовые споры по заявлениям «работника - о восстановлении на работе независимо от оснований прекращения трудового договора, об изменении даты и формулировки причины увольнения, о переводе на другую работу, об оплате за время вынужденного прогула либо о выплате разницы в заработной плате за время выполнения нижеоплачиваемой работы, о неправомерных действиях (бездействии) работодателя при обработке и защите персональных данных работника, о компенсации морального вреда, причиненного работнику неправомерными действиями (бездействием) работодателя» Иск может быть предъявлен по адресу ответчика (ст. 28 ГПК РФ) либо по месту жительства истца: частью 6.3 статьи 29 ГПК РФ установлено, что «Иски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392 ТК РФ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Частью 2 той же статьи: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Срок истцом не пропущен.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Судебные расходы.</w:t>
      </w:r>
      <w:r>
        <w:rPr>
          <w:rFonts w:ascii="Times New Roman" w:hAnsi="Times New Roman"/>
          <w:b w:val="0"/>
          <w:i w:val="0"/>
          <w:sz w:val="24"/>
        </w:rPr>
        <w:t xml:space="preserve"> Статьёй 393 ТК РФ предусмотрено: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62, 66.1, 84.1, 127, 140, 234, 236, 237, 391–393 ТК РФ, статьями 29, 131, 132, 211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выдать истцу трудовую книжку [и (или) сведения о трудовой деятельности] в течение [__] дней со дня вступления решения в силу.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задолженность по окончательному расчёту при увольнении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не полученный истцом заработок за время задержки выдачи трудовой книжки за период с «[дата]» по день её выдачи (на дату подачи иска — [сумма] рублей).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денежную компенсацию за задержку выплат (ст. 236 ТК РФ)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компенсацию морального вреда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трудового договора и дополнительных соглашений к нему.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приказа о приёме на работу; сведения о трудовой деятельности (выписка СФР / Госуслуги) или копия трудовой книжки.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среднем заработке / расчётные листки за последние 12 месяцев.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приказа об увольнении [если выдан].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заявления о выдаче трудовой книжки и расчёта с отметкой о вручении (почтовая квитанция с описью).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отказа в приёме на работу из-за отсутствия трудовой книжки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Расчёт задолженности, не полученного заработка и компенсации.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Работодатель освобождается от ответственности за задержку трудовой книжки, если направил работнику уведомление о необходимости её получить или дать согласие на отправку почтой (ч. 6 ст. 84.1 ТК РФ) — уточните, было ли такое уведомление.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Заработок за задержку трудовой книжки суды взыскивают, если работник докажет, что из-за её отсутствия не смог трудоустроиться.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ведутся только электронные сведения, работодатель обязан выдать их по форме СТД-Р в день увольнения.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