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жилого помещения]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наймодатель / наниматель / член семьи нанимателя / сосед, права которого нарушаются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наниматель (член семьи нанимателя), нарушающий правила пользования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Прокурор: </w:t>
      </w:r>
      <w:r>
        <w:rPr>
          <w:rFonts w:ascii="Times New Roman" w:hAnsi="Times New Roman"/>
          <w:b w:val="0"/>
          <w:i w:val="0"/>
          <w:sz w:val="24"/>
        </w:rPr>
        <w:t>[наименование прокуратуры района (города)] — для дачи заключения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[администрация муниципального образования / наймодатель]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выселении без предоставления другого жилого помещения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[Квартира (комната, жилой дом)] по адресу: [адрес], общей площадью [__] кв. м, кадастровый номер [__] (далее — жилое помещение) предоставлено по договору социального найма от «[дата]» № [номер]. Ответчик [Ф. И. О.] является [нанимателем / членом семьи нанимателя] и проживает в нём.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[выбрать: 1) систематически нарушает права и законные интересы соседей: [устраивает шум в ночное время, скандалы, драки, угрожает] — факты подтверждаются [обращениями в полицию, протоколами по ст. __ КоАП / закону субъекта, приговором]; 2) использует жилое помещение не по назначению: [содержит притон / склад / разводит животных в антисанитарных условиях]; 3) бесхозяйственно обращается с жильём, допуская его разрушение: [разобрал перегородки, сантехнику, довёл до аварийного состояния]].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наймодатель вынес ответчику письменное предупреждение о необходимости устранить нарушения и назначил срок — до «[дата]» [«[дата]» ответчику предоставлен срок для устранения разрушений]. Ответчик после предупреждения нарушения не прекратил: [факты после предупреждения, с датами].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для выселения без предоставления жилья.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91 ЖК РФ установлено: «Если наниматель и (или) проживающие совместно с ним члены его семьи используют жилое помещение не по назначению, систематически нарушают права и законные интересы соседей или бесхозяйственно обращаются с жилым помещением, допуская его разрушение, наймодатель обязан предупредить нанимателя и членов его семьи о необходимости устранить нарушения. Если указанные нарушения влекут за собой разрушение жилого помещения, наймодатель также вправе назначить нанимателю и членам его семьи разумный срок для устранения этих нарушений. Если наниматель жилого помещения и (или) проживающие совместно с ним члены его семьи после предупреждения наймодателя не устранят эти нарушения, виновные граждане по требованию наймодателя или других заинтересованных лиц выселяются в судебном порядке без предоставления другого жилого помещения.»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Расторжение договора.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83 ЖК РФ предусмотрено: «Расторжение договора социального найма жилого помещения по требованию наймодателя допускается в судебном порядке в случае:» «разрушения или повреждения жилого помещения нанимателем или другими гражданами, за действия которых он отвечает» «систематического нарушения прав и законных интересов соседей, которое делает невозможным совместное проживание в одном жилом помещении» «использования жилого помещения не по назначению.»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нанимателя.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ЖК РФ установлено, что наниматель обязан «использовать жилое помещение по назначению и в пределах, которые установлены настоящим Кодексом», «обеспечивать сохранность жилого помещения» и «поддерживать надлежащее состояние жилого помещения» Частью 4 статьи 17 ЖК РФ пользование жилым помещением осуществляется с учётом соблюдения прав и законных интересов проживающих в нём граждан и соседей.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Предупреждение сделано, нарушения продолжаются.</w:t>
      </w:r>
      <w:r>
        <w:rPr>
          <w:rFonts w:ascii="Times New Roman" w:hAnsi="Times New Roman"/>
          <w:b w:val="0"/>
          <w:i w:val="0"/>
          <w:sz w:val="24"/>
        </w:rPr>
        <w:t xml:space="preserve"> Выселение по части 1 статьи 91 ЖК РФ — крайняя мера: оно допускается, если наниматель после предупреждения не устранил нарушения. Разъяснения по применению этих норм даны в постановлении Пленума Верховного Суда РФ от 02.07.2009 № 14 «О некоторых вопросах, возникших в судебной практике при применении Жилищного кодекса Российской Федерации». Систематичность означает неоднократность нарушений; ответчик предупреждался, однако продолжил противоправное поведение.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выселения.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84 ЖК РФ определено: «Выселение граждан из жилых помещений, предоставленных по договорам социального найма, производится в судебном порядке:» «без предоставления других жилых помещений.»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жилищных прав.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Согласно части 3 статьи 11 ЖК РФ защита жилищных прав осуществляется, в частности, путём «признания жилищного права», «восстановления положения, существовавшего до нарушения жилищного права, и пресечения действий, нарушающих это право или создающих угрозу его нарушения» и «прекращения или изменения жилищного правоотношения»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участие прокурора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30 Гражданского процессуального кодекса Российской Федерации (далее — ГПК РФ) установлено: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Иски о вселении, выселении, о признании права пользования жилым помещением и об определении порядка пользования относятся к искам о правах на недвижимое имущество (п. 2 постановления Пленума Верховного Суда РФ и Пленума ВАС РФ от 29.04.2010 № 10/22), поэтому иск предъявляется по месту нахождения жилого помещения.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3 статьи 45 ГПК РФ «Прокурор вступает в процесс и дает заключение по делам о выселении, о восстановлении на работе, о возмещении вреда, причиненного жизни или здоровью, а также в иных случаях, предусмотренных настоящим Кодексом и другими федеральными законами, в целях осуществления возложенных на него полномочий. Неявка прокурора, извещенного о времени и месте рассмотрения дела, не является препятствием к разбирательству дела.» Поэтому к участию в деле привлекается прокурор.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3, 17, 67, 83, 84, 91 ЖК РФ, статьями 30,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Выселить [Ф. И. О. ответчика] из жилого помещения по адресу: [адрес] без предоставления другого жилого помещения.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Указать, что решение является основанием для снятия ответчика с регистрационного учёта.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договора социального найма; выписка из домовой книги.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Письменное предупреждение наймодателя ответчику и доказательства его вручения.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нарушений до и после предупреждения: ответы полиции, протоколы, постановления, приговор, акты управляющей организации, коллективные жалобы соседей, фото и видео.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Список свидетелей.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Без письменного предупреждения наймодателя и продолжения нарушений после него выселение по ч. 1 ст. 91 ЖК РФ невозможно — это обязательное условие.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Иск может подать наймодатель или другие заинтересованные лица (соседи, члены семьи), но предупреждение делает наймодатель — попросите его об этом письменно.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Для бывших членов семьи, лишённых родительских прав, действует отдельное основание — ч. 2 ст. 91 ЖК РФ.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