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продавец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покупатель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[неоплаченная цена товара + проценты]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задолженности по оплате товара по договору купли-продажи и процентов за пользование чужими денежными средствами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между истцом (продавцом) и ответчиком (покупателем) заключён договор купли-продажи [наименование товара: автомобиля марки __, VIN __ / мебели / оборудования / иного имущества] (далее — Договор). Цена товара — [сумма] рублей (п. [__] Договора). Стороны договорились, что оплата производится [в день передачи товара / в рассрочку: по [сумма] рублей ежемесячно до [число] / до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исполнил свою обязанность: товар передан ответчику «[дата]», что подтверждается [актом приёма-передачи / подписью ответчика в Договоре / распиской в получении товара]. Ответчик товар принял, претензий по количеству и качеству не заявлял.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оплатил товар частично — [сумма] рублей [даты платежей] [вариант: оплату не произвёл]. Задолженность составляет [сумма] рублей. Претензия истца от «[дата]» оставлена без исполнения.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купли-продажи.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454 Гражданского кодекса Российской Федерации (далее — ГК РФ) «По договору купли-продажи одна сторона (продавец) обязуется передать вещь (товар) в собственность другой стороне (покупателю), а покупатель обязуется принять этот товар и уплатить за него определенную денежную сумму (цену).» Продавец свою обязанность исполнил, товар передан и принят ответчиком.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оплатить товар.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486 ГК РФ установлено: «Покупатель обязан оплатить товар непосредственно до или после передачи ему продавцом товара, если иное не предусмотрено настоящим Кодексом, другим законом, иными правовыми актами или договором купли-продажи и не вытекает из существа обязательства.» В силу пункта 2 той же статьи «Если договором купли-продажи не предусмотрена рассрочка оплаты товара, покупатель обязан уплатить продавцу цену переданного товара полностью.» Пунктом 3 статьи 486 ГК РФ предусмотрено: «Если покупатель своевременно не оплачивает переданный в соответствии с договором купли-продажи товар, продавец вправе потребовать оплаты товара и уплаты процентов в соответствии со статьей 395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Продажа в кредит или в рассрочку.</w:t>
      </w:r>
      <w:r>
        <w:rPr>
          <w:rFonts w:ascii="Times New Roman" w:hAnsi="Times New Roman"/>
          <w:b w:val="0"/>
          <w:i w:val="0"/>
          <w:sz w:val="24"/>
        </w:rPr>
        <w:t xml:space="preserve"> [Если оплата была отсрочена или рассрочена:] Согласно пункту 1 статьи 488 ГК РФ «В случае, когда договором купли-продажи предусмотрена оплата товара через определенное время после его передачи покупателю (продажа товара в кредит), покупатель должен произвести оплату в срок, предусмотренный договором, а если такой срок договором не предусмотрен, в срок, определенный в соответствии со статьей 314 настоящего Кодекса.» Пунктом 3 той же статьи определено: «В случае, когда покупатель, получивший товар, не исполняет обязанность по его оплате в установленный договором купли-продажи срок, продавец вправе потребовать оплаты переданного товара или возврата неоплаченных товаров.» Пунктом 4 статьи 488 ГК РФ установлено: «В случае, когда покупатель не исполняет обязанность по оплате переданного товара в установленный договором срок и иное не предусмотрено настоящим Кодексом или договором купли-продажи, на просроченную сумму подлежат уплате проценты в соответствии со статьей 395 настоящего Кодекса со дня, когда по договору товар должен был быть оплачен, до дня оплаты товара покупателем.»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Надлежащее исполнение обязательств.</w:t>
      </w:r>
      <w:r>
        <w:rPr>
          <w:rFonts w:ascii="Times New Roman" w:hAnsi="Times New Roman"/>
          <w:b w:val="0"/>
          <w:i w:val="0"/>
          <w:sz w:val="24"/>
        </w:rPr>
        <w:t xml:space="preserve"> Статьёй 309 ГК РФ предусмотрено: «Обязательства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требованиями.» Пунктом 1 статьи 310 ГК РФ установлено: «Односторонний отказ от исполнения обязательства и одностороннее изменение его условий не допускаются, за исключением случаев, предусмотренных настоящим Кодексом, другими законами или иными правовыми актами.»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за просрочку оплаты.</w:t>
      </w:r>
      <w:r>
        <w:rPr>
          <w:rFonts w:ascii="Times New Roman" w:hAnsi="Times New Roman"/>
          <w:b w:val="0"/>
          <w:i w:val="0"/>
          <w:sz w:val="24"/>
        </w:rPr>
        <w:t xml:space="preserve"> В соответствии с пунктом 1 статьи 395 ГК РФ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 Проценты за период с «[дата, следующая за днём, когда оплата должна была быть произведена]» по «[дата составления иска]» составляют [сумма] рублей (расчёт прилагается) и подлежат начислению до дня фактической оплаты (п. 3 ст. 395 ГК РФ). [Если Договором установлена неустойка за просрочку оплаты, вместо процентов взыскивается неустойка.]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Залог в силу закона.</w:t>
      </w:r>
      <w:r>
        <w:rPr>
          <w:rFonts w:ascii="Times New Roman" w:hAnsi="Times New Roman"/>
          <w:b w:val="0"/>
          <w:i w:val="0"/>
          <w:sz w:val="24"/>
        </w:rPr>
        <w:t xml:space="preserve"> [Если товар продан в кредит:] Пунктом 5 статьи 488 ГК РФ предусмотрено: «Если иное не предусмотрено договором купли-продажи, с момента передачи товара покупателю и до его оплаты товар, проданный в кредит, признается находящимся в залоге у продавца для обеспечения исполнения покупателем его обязанности по оплате товара.» Истец вправе получить удовлетворение за счёт стоимости проданного товара [заявить требование об обращении взыскания при необходимости].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пропущен.</w:t>
      </w:r>
      <w:r>
        <w:rPr>
          <w:rFonts w:ascii="Times New Roman" w:hAnsi="Times New Roman"/>
          <w:b w:val="0"/>
          <w:i w:val="0"/>
          <w:sz w:val="24"/>
        </w:rPr>
        <w:t xml:space="preserve"> В соответствии с пунктом 1 статьи 196 ГК РФ «Общий срок исковой давности составляет три года со дня, определяемого в соответствии со статьей 200 настоящего Кодекса.» При этом «По обязательствам с определенным сроком исполнения течение срока исковой давности начинается по окончании срока исполнения.» Срок для обращения в суд истекает «[дата]», поэтому настоящий иск предъявлен своевременно.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28 Гражданского процессуального кодекса Российской Федерации (далее — ГПК РФ): «Иск предъявляется в суд по месту жительства ответчика. Иск к организации предъявляется в суд по адресу организации.» Ответчик проживает по адресу: [адрес], что относится к территориальной подсудности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88 ГПК РФ «Судебные расходы состоят из государственной пошлины и издержек, связанных с рассмотрением дела.» Статьёй 94 ГПК РФ к издержкам, связанным с рассмотрением дела, отнесены, в частности, «расходы на оплату услуг представителей» и «связанные с рассмотрением дела почтовые расходы, понесенные сторонами»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Для защиты нарушенного права истец обратился за юридической помощью и понёс расходы в размере [сумма] рублей [и почтовые расходы в размере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309, 310, 395, 454, 486, 488 ГК РФ, статьями 98, 100,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 ответчика в пользу истца задолженность по оплате товара по договору купли-продажи от «[дата]»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в пользу истца проценты за пользование чужими денежными средствами за период с «[дата]» по «[дата]» в размере [сумма] рублей и далее по ключевой ставке Банка России по день фактической оплаты [либо договорную неустойку в размере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договора купли-продажи.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передаче товара (акт приёма-передачи, расписка покупателя).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частичной оплате [если была].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претензии и доказательства её направления.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Расчёт задолженности и процентов.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Договор купли-продажи автомобиля между гражданами: если машина уже перерегистрирована на покупателя, требуйте только деньги; если оплаты нет вовсе и договор позволяет, можно отказаться от договора и потребовать возврата товара (п. 3 ст. 488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покупатель — индивидуальный предприниматель или организация, а продавец — гражданин, иск подаётся по адресу ответчика; Закон о защите прав потребителей к такому спору не применяется.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 сумме долга до 500 000 рублей по письменному договору можно обратиться за судебным приказом (ст. 121, 122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мировой судья рассматривает имущественные споры при цене иска не более 50 000 рублей (п. 4 ч. 1 ст. 23 ГПК РФ); при большей цене иска — районный (городской) суд.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